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52A0D3" w14:textId="77777777" w:rsidR="00D60D27" w:rsidRPr="001E4019" w:rsidRDefault="00EF4823">
      <w:pPr>
        <w:spacing w:after="120"/>
        <w:jc w:val="center"/>
        <w:rPr>
          <w:sz w:val="21"/>
          <w:szCs w:val="24"/>
          <w:lang w:eastAsia="ko-KR"/>
        </w:rPr>
      </w:pPr>
      <w:r w:rsidRPr="001E4019">
        <w:rPr>
          <w:b/>
          <w:sz w:val="32"/>
          <w:szCs w:val="24"/>
          <w:lang w:eastAsia="ko-KR"/>
        </w:rPr>
        <w:t>2026 Asian Textile Conference (ATC-18)</w:t>
      </w:r>
      <w:r w:rsidRPr="001E4019">
        <w:rPr>
          <w:b/>
          <w:sz w:val="32"/>
          <w:szCs w:val="24"/>
          <w:lang w:eastAsia="ko-KR"/>
        </w:rPr>
        <w:br/>
        <w:t>홍보전시부스 운영 안내</w:t>
      </w:r>
    </w:p>
    <w:p w14:paraId="49402658" w14:textId="77777777" w:rsidR="001E4019" w:rsidRDefault="001E4019">
      <w:pPr>
        <w:spacing w:after="120"/>
        <w:rPr>
          <w:lang w:eastAsia="ko-KR"/>
        </w:rPr>
      </w:pPr>
    </w:p>
    <w:p w14:paraId="429C3A1C" w14:textId="38EBCDBA" w:rsidR="001E4019" w:rsidRPr="00143405" w:rsidRDefault="00EF4823">
      <w:pPr>
        <w:spacing w:after="120"/>
        <w:rPr>
          <w:szCs w:val="20"/>
          <w:lang w:eastAsia="ko-KR"/>
        </w:rPr>
      </w:pPr>
      <w:r w:rsidRPr="00143405">
        <w:rPr>
          <w:szCs w:val="20"/>
          <w:lang w:eastAsia="ko-KR"/>
        </w:rPr>
        <w:t xml:space="preserve">귀 기관의 무궁한 발전을 기원합니다. </w:t>
      </w:r>
    </w:p>
    <w:p w14:paraId="15AA5C00" w14:textId="77777777" w:rsidR="00DC4903" w:rsidRPr="00143405" w:rsidRDefault="001E4019">
      <w:pPr>
        <w:spacing w:after="120"/>
        <w:rPr>
          <w:szCs w:val="20"/>
          <w:lang w:eastAsia="ko-KR"/>
        </w:rPr>
      </w:pPr>
      <w:r w:rsidRPr="00143405">
        <w:rPr>
          <w:rFonts w:hint="eastAsia"/>
          <w:szCs w:val="20"/>
          <w:lang w:eastAsia="ko-KR"/>
        </w:rPr>
        <w:t xml:space="preserve">한국섬유공학회는 창립60주년 </w:t>
      </w:r>
      <w:r w:rsidR="00DC4903" w:rsidRPr="00143405">
        <w:rPr>
          <w:rFonts w:hint="eastAsia"/>
          <w:szCs w:val="20"/>
          <w:lang w:eastAsia="ko-KR"/>
        </w:rPr>
        <w:t>기념</w:t>
      </w:r>
      <w:r w:rsidRPr="00143405">
        <w:rPr>
          <w:rFonts w:hint="eastAsia"/>
          <w:szCs w:val="20"/>
          <w:lang w:eastAsia="ko-KR"/>
        </w:rPr>
        <w:t>행사를 성공적으로 마</w:t>
      </w:r>
      <w:r w:rsidR="00DC4903" w:rsidRPr="00143405">
        <w:rPr>
          <w:rFonts w:hint="eastAsia"/>
          <w:szCs w:val="20"/>
          <w:lang w:eastAsia="ko-KR"/>
        </w:rPr>
        <w:t>친데 이어,</w:t>
      </w:r>
      <w:r w:rsidRPr="00143405">
        <w:rPr>
          <w:rFonts w:hint="eastAsia"/>
          <w:szCs w:val="20"/>
          <w:lang w:eastAsia="ko-KR"/>
        </w:rPr>
        <w:t xml:space="preserve"> </w:t>
      </w:r>
      <w:r w:rsidR="00DC4903" w:rsidRPr="00143405">
        <w:rPr>
          <w:rFonts w:hint="eastAsia"/>
          <w:szCs w:val="20"/>
          <w:lang w:eastAsia="ko-KR"/>
        </w:rPr>
        <w:t>섬유과학 및 관련 산업의 지속적인 발전과 국제적 학술교류 증진을 위해</w:t>
      </w:r>
      <w:r w:rsidRPr="00143405">
        <w:rPr>
          <w:rFonts w:hint="eastAsia"/>
          <w:szCs w:val="20"/>
          <w:lang w:eastAsia="ko-KR"/>
        </w:rPr>
        <w:t xml:space="preserve"> 제18회</w:t>
      </w:r>
      <w:r w:rsidRPr="00143405">
        <w:rPr>
          <w:szCs w:val="20"/>
          <w:lang w:eastAsia="ko-KR"/>
        </w:rPr>
        <w:t>Asian Textile Conference(ATC</w:t>
      </w:r>
      <w:r w:rsidRPr="00143405">
        <w:rPr>
          <w:rFonts w:hint="eastAsia"/>
          <w:szCs w:val="20"/>
          <w:lang w:eastAsia="ko-KR"/>
        </w:rPr>
        <w:t>-18</w:t>
      </w:r>
      <w:r w:rsidRPr="00143405">
        <w:rPr>
          <w:szCs w:val="20"/>
          <w:lang w:eastAsia="ko-KR"/>
        </w:rPr>
        <w:t>)</w:t>
      </w:r>
      <w:r w:rsidRPr="00143405">
        <w:rPr>
          <w:rFonts w:hint="eastAsia"/>
          <w:szCs w:val="20"/>
          <w:lang w:eastAsia="ko-KR"/>
        </w:rPr>
        <w:t xml:space="preserve">을 </w:t>
      </w:r>
      <w:r w:rsidR="002B0565" w:rsidRPr="00143405">
        <w:rPr>
          <w:rFonts w:hint="eastAsia"/>
          <w:szCs w:val="20"/>
          <w:lang w:eastAsia="ko-KR"/>
        </w:rPr>
        <w:t xml:space="preserve">유치하여 </w:t>
      </w:r>
      <w:r w:rsidRPr="00143405">
        <w:rPr>
          <w:rFonts w:hint="eastAsia"/>
          <w:szCs w:val="20"/>
          <w:lang w:eastAsia="ko-KR"/>
        </w:rPr>
        <w:t>개최</w:t>
      </w:r>
      <w:r w:rsidR="00DC4903" w:rsidRPr="00143405">
        <w:rPr>
          <w:rFonts w:hint="eastAsia"/>
          <w:szCs w:val="20"/>
          <w:lang w:eastAsia="ko-KR"/>
        </w:rPr>
        <w:t>하게 되었습니다.</w:t>
      </w:r>
      <w:r w:rsidRPr="00143405">
        <w:rPr>
          <w:rFonts w:hint="eastAsia"/>
          <w:szCs w:val="20"/>
          <w:lang w:eastAsia="ko-KR"/>
        </w:rPr>
        <w:t xml:space="preserve"> </w:t>
      </w:r>
      <w:r w:rsidR="0058087F" w:rsidRPr="00143405">
        <w:rPr>
          <w:szCs w:val="20"/>
          <w:lang w:eastAsia="ko-KR"/>
        </w:rPr>
        <w:t>ATC</w:t>
      </w:r>
      <w:r w:rsidRPr="00143405">
        <w:rPr>
          <w:szCs w:val="20"/>
          <w:lang w:eastAsia="ko-KR"/>
        </w:rPr>
        <w:t xml:space="preserve">는 </w:t>
      </w:r>
      <w:r w:rsidR="002B0565" w:rsidRPr="00143405">
        <w:rPr>
          <w:rFonts w:hint="eastAsia"/>
          <w:szCs w:val="20"/>
          <w:lang w:eastAsia="ko-KR"/>
        </w:rPr>
        <w:t>아시아를 중심으로 섬유, 고분자, 친환경 소재 및 관련 산업 분야의 최신 연구</w:t>
      </w:r>
      <w:r w:rsidR="00DC4903" w:rsidRPr="00143405">
        <w:rPr>
          <w:rFonts w:hint="eastAsia"/>
          <w:szCs w:val="20"/>
          <w:lang w:eastAsia="ko-KR"/>
        </w:rPr>
        <w:t xml:space="preserve"> 성과</w:t>
      </w:r>
      <w:r w:rsidR="002B0565" w:rsidRPr="00143405">
        <w:rPr>
          <w:rFonts w:hint="eastAsia"/>
          <w:szCs w:val="20"/>
          <w:lang w:eastAsia="ko-KR"/>
        </w:rPr>
        <w:t xml:space="preserve">와 기술을 발표하고 교류하는 </w:t>
      </w:r>
      <w:r w:rsidRPr="00143405">
        <w:rPr>
          <w:szCs w:val="20"/>
          <w:lang w:eastAsia="ko-KR"/>
        </w:rPr>
        <w:t xml:space="preserve">대표적인 국제학술행사입니다. </w:t>
      </w:r>
    </w:p>
    <w:p w14:paraId="10F07F78" w14:textId="531EDCF5" w:rsidR="00D60D27" w:rsidRPr="00143405" w:rsidRDefault="002B0565">
      <w:pPr>
        <w:spacing w:after="120"/>
        <w:rPr>
          <w:szCs w:val="20"/>
          <w:lang w:eastAsia="ko-KR"/>
        </w:rPr>
      </w:pPr>
      <w:r w:rsidRPr="00143405">
        <w:rPr>
          <w:rFonts w:hint="eastAsia"/>
          <w:szCs w:val="20"/>
          <w:lang w:eastAsia="ko-KR"/>
        </w:rPr>
        <w:t xml:space="preserve">이번 </w:t>
      </w:r>
      <w:r w:rsidRPr="00143405">
        <w:rPr>
          <w:szCs w:val="20"/>
          <w:lang w:eastAsia="ko-KR"/>
        </w:rPr>
        <w:t xml:space="preserve">ATC-18은 2026년 10월 26일(월)부터 29일(목)까지 부산에서 개최되며, </w:t>
      </w:r>
      <w:r w:rsidR="006B31E3" w:rsidRPr="00143405">
        <w:rPr>
          <w:rFonts w:hint="eastAsia"/>
          <w:szCs w:val="20"/>
          <w:lang w:eastAsia="ko-KR"/>
        </w:rPr>
        <w:t xml:space="preserve">5개의 기조강연과 12개 세션에서 약 800여편의 구두 및 포스터 발표가 진행될 예정입니다. </w:t>
      </w:r>
      <w:r w:rsidR="00DC4903" w:rsidRPr="00143405">
        <w:rPr>
          <w:rFonts w:hint="eastAsia"/>
          <w:szCs w:val="20"/>
          <w:lang w:eastAsia="ko-KR"/>
        </w:rPr>
        <w:t xml:space="preserve">아울러 </w:t>
      </w:r>
      <w:r w:rsidRPr="00143405">
        <w:rPr>
          <w:szCs w:val="20"/>
          <w:lang w:eastAsia="ko-KR"/>
        </w:rPr>
        <w:t>학술대회 기간 중 기업홍보, 기기전시, 시연, 네트워킹 및 채용 홍보를 위한 홍보전시부스를 운영할 예정입니다. 본 전시회</w:t>
      </w:r>
      <w:r w:rsidR="00DC4903" w:rsidRPr="00143405">
        <w:rPr>
          <w:rFonts w:hint="eastAsia"/>
          <w:szCs w:val="20"/>
          <w:lang w:eastAsia="ko-KR"/>
        </w:rPr>
        <w:t xml:space="preserve">가 귀사의 우수한 기술과 제품을 효과적으로 소개하고 관련 분야 전문가 및 참가자들과 교류할 수 있는 뜻깊은 기회가 되기를 바랍니다. 이에 </w:t>
      </w:r>
      <w:r w:rsidRPr="00143405">
        <w:rPr>
          <w:szCs w:val="20"/>
          <w:lang w:eastAsia="ko-KR"/>
        </w:rPr>
        <w:t>귀</w:t>
      </w:r>
      <w:r w:rsidR="00DC4903" w:rsidRPr="00143405">
        <w:rPr>
          <w:rFonts w:hint="eastAsia"/>
          <w:szCs w:val="20"/>
          <w:lang w:eastAsia="ko-KR"/>
        </w:rPr>
        <w:t xml:space="preserve"> 기관</w:t>
      </w:r>
      <w:r w:rsidRPr="00143405">
        <w:rPr>
          <w:szCs w:val="20"/>
          <w:lang w:eastAsia="ko-KR"/>
        </w:rPr>
        <w:t xml:space="preserve">의 많은 관심과 </w:t>
      </w:r>
      <w:r w:rsidR="00DC4903" w:rsidRPr="00143405">
        <w:rPr>
          <w:rFonts w:hint="eastAsia"/>
          <w:szCs w:val="20"/>
          <w:lang w:eastAsia="ko-KR"/>
        </w:rPr>
        <w:t>적극적인 참여</w:t>
      </w:r>
      <w:r w:rsidRPr="00143405">
        <w:rPr>
          <w:szCs w:val="20"/>
          <w:lang w:eastAsia="ko-KR"/>
        </w:rPr>
        <w:t>를 부탁드립니다.</w:t>
      </w:r>
    </w:p>
    <w:p w14:paraId="7556D6A3" w14:textId="77777777" w:rsidR="00D60D27" w:rsidRDefault="00EF4823" w:rsidP="001A3C61">
      <w:pPr>
        <w:spacing w:after="80"/>
        <w:jc w:val="center"/>
      </w:pPr>
      <w:r>
        <w:rPr>
          <w:b/>
          <w:sz w:val="22"/>
        </w:rPr>
        <w:t>- 다 음 -</w:t>
      </w:r>
    </w:p>
    <w:tbl>
      <w:tblPr>
        <w:tblW w:w="0" w:type="auto"/>
        <w:jc w:val="center"/>
        <w:tblBorders>
          <w:top w:val="single" w:sz="5" w:space="0" w:color="A8A8A8"/>
          <w:left w:val="single" w:sz="5" w:space="0" w:color="A8A8A8"/>
          <w:bottom w:val="single" w:sz="5" w:space="0" w:color="A8A8A8"/>
          <w:right w:val="single" w:sz="5" w:space="0" w:color="A8A8A8"/>
          <w:insideH w:val="single" w:sz="5" w:space="0" w:color="A8A8A8"/>
          <w:insideV w:val="single" w:sz="5" w:space="0" w:color="A8A8A8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7732"/>
      </w:tblGrid>
      <w:tr w:rsidR="00D60D27" w14:paraId="3B056231" w14:textId="77777777" w:rsidTr="004E7D4C">
        <w:trPr>
          <w:jc w:val="center"/>
        </w:trPr>
        <w:tc>
          <w:tcPr>
            <w:tcW w:w="2694" w:type="dxa"/>
            <w:shd w:val="clear" w:color="auto" w:fill="EAF2F8"/>
            <w:vAlign w:val="center"/>
          </w:tcPr>
          <w:p w14:paraId="1F752653" w14:textId="77777777" w:rsidR="00D60D27" w:rsidRPr="00143405" w:rsidRDefault="00EF4823">
            <w:pPr>
              <w:spacing w:after="0"/>
              <w:rPr>
                <w:szCs w:val="20"/>
              </w:rPr>
            </w:pPr>
            <w:r w:rsidRPr="00143405">
              <w:rPr>
                <w:b/>
                <w:szCs w:val="20"/>
              </w:rPr>
              <w:t>1. 일 시</w:t>
            </w:r>
          </w:p>
        </w:tc>
        <w:tc>
          <w:tcPr>
            <w:tcW w:w="7732" w:type="dxa"/>
            <w:vAlign w:val="center"/>
          </w:tcPr>
          <w:p w14:paraId="6C4C0269" w14:textId="77777777" w:rsidR="00D60D27" w:rsidRPr="00143405" w:rsidRDefault="00EF4823">
            <w:pPr>
              <w:spacing w:after="0"/>
              <w:rPr>
                <w:szCs w:val="20"/>
              </w:rPr>
            </w:pPr>
            <w:r w:rsidRPr="00143405">
              <w:rPr>
                <w:szCs w:val="20"/>
              </w:rPr>
              <w:t>2026년 10월 26일(월) ~ 29일(목)</w:t>
            </w:r>
          </w:p>
        </w:tc>
      </w:tr>
      <w:tr w:rsidR="00D60D27" w14:paraId="01E8CCCC" w14:textId="77777777" w:rsidTr="004E7D4C">
        <w:trPr>
          <w:jc w:val="center"/>
        </w:trPr>
        <w:tc>
          <w:tcPr>
            <w:tcW w:w="2694" w:type="dxa"/>
            <w:shd w:val="clear" w:color="auto" w:fill="EAF2F8"/>
            <w:vAlign w:val="center"/>
          </w:tcPr>
          <w:p w14:paraId="5894C8CB" w14:textId="77777777" w:rsidR="00D60D27" w:rsidRPr="00143405" w:rsidRDefault="00EF4823">
            <w:pPr>
              <w:spacing w:after="0"/>
              <w:rPr>
                <w:szCs w:val="20"/>
              </w:rPr>
            </w:pPr>
            <w:r w:rsidRPr="00143405">
              <w:rPr>
                <w:b/>
                <w:szCs w:val="20"/>
              </w:rPr>
              <w:t>2. 장 소</w:t>
            </w:r>
          </w:p>
        </w:tc>
        <w:tc>
          <w:tcPr>
            <w:tcW w:w="7732" w:type="dxa"/>
            <w:vAlign w:val="center"/>
          </w:tcPr>
          <w:p w14:paraId="5EE7E92A" w14:textId="77777777" w:rsidR="00D60D27" w:rsidRPr="00143405" w:rsidRDefault="00EF4823">
            <w:pPr>
              <w:spacing w:after="0"/>
              <w:rPr>
                <w:szCs w:val="20"/>
              </w:rPr>
            </w:pPr>
            <w:r w:rsidRPr="00143405">
              <w:rPr>
                <w:szCs w:val="20"/>
              </w:rPr>
              <w:t>부산 BEXCO</w:t>
            </w:r>
          </w:p>
        </w:tc>
      </w:tr>
      <w:tr w:rsidR="00D60D27" w14:paraId="72F31463" w14:textId="77777777" w:rsidTr="004E7D4C">
        <w:trPr>
          <w:jc w:val="center"/>
        </w:trPr>
        <w:tc>
          <w:tcPr>
            <w:tcW w:w="2694" w:type="dxa"/>
            <w:shd w:val="clear" w:color="auto" w:fill="EAF2F8"/>
            <w:vAlign w:val="center"/>
          </w:tcPr>
          <w:p w14:paraId="5B056E19" w14:textId="77777777" w:rsidR="00D60D27" w:rsidRPr="00143405" w:rsidRDefault="00EF4823">
            <w:pPr>
              <w:spacing w:after="0"/>
              <w:rPr>
                <w:szCs w:val="20"/>
              </w:rPr>
            </w:pPr>
            <w:r w:rsidRPr="00143405">
              <w:rPr>
                <w:b/>
                <w:szCs w:val="20"/>
              </w:rPr>
              <w:t>3. 전시품목</w:t>
            </w:r>
          </w:p>
        </w:tc>
        <w:tc>
          <w:tcPr>
            <w:tcW w:w="7732" w:type="dxa"/>
            <w:vAlign w:val="center"/>
          </w:tcPr>
          <w:p w14:paraId="7A5D9391" w14:textId="77777777" w:rsidR="00D60D27" w:rsidRPr="00143405" w:rsidRDefault="00EF4823">
            <w:pPr>
              <w:spacing w:after="0"/>
              <w:rPr>
                <w:szCs w:val="20"/>
                <w:lang w:eastAsia="ko-KR"/>
              </w:rPr>
            </w:pPr>
            <w:r w:rsidRPr="00143405">
              <w:rPr>
                <w:szCs w:val="20"/>
                <w:lang w:eastAsia="ko-KR"/>
              </w:rPr>
              <w:t>관련 기기, 제품, 도서 및 기타품목 / 회사 채용, 홍보, 과제 홍보 등</w:t>
            </w:r>
          </w:p>
        </w:tc>
      </w:tr>
      <w:tr w:rsidR="00D60D27" w14:paraId="1C789256" w14:textId="77777777" w:rsidTr="004E7D4C">
        <w:trPr>
          <w:jc w:val="center"/>
        </w:trPr>
        <w:tc>
          <w:tcPr>
            <w:tcW w:w="2694" w:type="dxa"/>
            <w:shd w:val="clear" w:color="auto" w:fill="EAF2F8"/>
            <w:vAlign w:val="center"/>
          </w:tcPr>
          <w:p w14:paraId="72621DC3" w14:textId="77777777" w:rsidR="00D60D27" w:rsidRPr="00143405" w:rsidRDefault="00EF4823">
            <w:pPr>
              <w:spacing w:after="0"/>
              <w:rPr>
                <w:szCs w:val="20"/>
              </w:rPr>
            </w:pPr>
            <w:r w:rsidRPr="00143405">
              <w:rPr>
                <w:b/>
                <w:szCs w:val="20"/>
              </w:rPr>
              <w:t>4. 부스 사이즈</w:t>
            </w:r>
          </w:p>
        </w:tc>
        <w:tc>
          <w:tcPr>
            <w:tcW w:w="7732" w:type="dxa"/>
            <w:vAlign w:val="center"/>
          </w:tcPr>
          <w:p w14:paraId="391CAF29" w14:textId="77777777" w:rsidR="00D60D27" w:rsidRPr="00143405" w:rsidRDefault="00EF4823">
            <w:pPr>
              <w:spacing w:after="0"/>
              <w:rPr>
                <w:szCs w:val="20"/>
                <w:lang w:eastAsia="ko-KR"/>
              </w:rPr>
            </w:pPr>
            <w:r w:rsidRPr="00143405">
              <w:rPr>
                <w:szCs w:val="20"/>
                <w:lang w:eastAsia="ko-KR"/>
              </w:rPr>
              <w:t>3m × 2m × 2.5m (가로 × 세로 × 높이) / 1부스</w:t>
            </w:r>
          </w:p>
        </w:tc>
      </w:tr>
      <w:tr w:rsidR="00D60D27" w14:paraId="1EB975E6" w14:textId="77777777" w:rsidTr="004E7D4C">
        <w:trPr>
          <w:jc w:val="center"/>
        </w:trPr>
        <w:tc>
          <w:tcPr>
            <w:tcW w:w="2694" w:type="dxa"/>
            <w:shd w:val="clear" w:color="auto" w:fill="EAF2F8"/>
            <w:vAlign w:val="center"/>
          </w:tcPr>
          <w:p w14:paraId="5892A9EF" w14:textId="77777777" w:rsidR="00D60D27" w:rsidRPr="00143405" w:rsidRDefault="00EF4823">
            <w:pPr>
              <w:spacing w:after="0"/>
              <w:rPr>
                <w:szCs w:val="20"/>
              </w:rPr>
            </w:pPr>
            <w:r w:rsidRPr="00143405">
              <w:rPr>
                <w:b/>
                <w:szCs w:val="20"/>
              </w:rPr>
              <w:t>5. 전시대금</w:t>
            </w:r>
          </w:p>
        </w:tc>
        <w:tc>
          <w:tcPr>
            <w:tcW w:w="7732" w:type="dxa"/>
            <w:vAlign w:val="center"/>
          </w:tcPr>
          <w:p w14:paraId="0D8E149D" w14:textId="77777777" w:rsidR="00D60D27" w:rsidRPr="00143405" w:rsidRDefault="00EF4823">
            <w:pPr>
              <w:spacing w:after="0"/>
              <w:rPr>
                <w:szCs w:val="20"/>
              </w:rPr>
            </w:pPr>
            <w:r w:rsidRPr="00143405">
              <w:rPr>
                <w:szCs w:val="20"/>
              </w:rPr>
              <w:t>2,500,000원 (VAT 포함) / 1부스</w:t>
            </w:r>
          </w:p>
        </w:tc>
      </w:tr>
      <w:tr w:rsidR="00D60D27" w14:paraId="495404D7" w14:textId="77777777" w:rsidTr="004E7D4C">
        <w:trPr>
          <w:jc w:val="center"/>
        </w:trPr>
        <w:tc>
          <w:tcPr>
            <w:tcW w:w="2694" w:type="dxa"/>
            <w:shd w:val="clear" w:color="auto" w:fill="EAF2F8"/>
            <w:vAlign w:val="center"/>
          </w:tcPr>
          <w:p w14:paraId="4BECA822" w14:textId="77777777" w:rsidR="00D60D27" w:rsidRPr="00143405" w:rsidRDefault="00EF4823">
            <w:pPr>
              <w:spacing w:after="0"/>
              <w:rPr>
                <w:szCs w:val="20"/>
              </w:rPr>
            </w:pPr>
            <w:r w:rsidRPr="00143405">
              <w:rPr>
                <w:b/>
                <w:szCs w:val="20"/>
              </w:rPr>
              <w:t>6. 신청마감일</w:t>
            </w:r>
          </w:p>
        </w:tc>
        <w:tc>
          <w:tcPr>
            <w:tcW w:w="7732" w:type="dxa"/>
            <w:vAlign w:val="center"/>
          </w:tcPr>
          <w:p w14:paraId="50FB074D" w14:textId="0137456E" w:rsidR="00D60D27" w:rsidRPr="00143405" w:rsidRDefault="00EF4823">
            <w:pPr>
              <w:spacing w:after="0"/>
              <w:rPr>
                <w:szCs w:val="20"/>
              </w:rPr>
            </w:pPr>
            <w:r w:rsidRPr="00143405">
              <w:rPr>
                <w:szCs w:val="20"/>
              </w:rPr>
              <w:t xml:space="preserve">2026년 </w:t>
            </w:r>
            <w:r>
              <w:rPr>
                <w:szCs w:val="20"/>
              </w:rPr>
              <w:t>6</w:t>
            </w:r>
            <w:r w:rsidRPr="00143405">
              <w:rPr>
                <w:szCs w:val="20"/>
              </w:rPr>
              <w:t xml:space="preserve">월 </w:t>
            </w:r>
            <w:r w:rsidR="00B33028" w:rsidRPr="00143405">
              <w:rPr>
                <w:rFonts w:hint="eastAsia"/>
                <w:szCs w:val="20"/>
                <w:lang w:eastAsia="ko-KR"/>
              </w:rPr>
              <w:t>30</w:t>
            </w:r>
            <w:r w:rsidRPr="00143405">
              <w:rPr>
                <w:szCs w:val="20"/>
              </w:rPr>
              <w:t>일</w:t>
            </w:r>
            <w:r>
              <w:rPr>
                <w:rFonts w:hint="eastAsia"/>
                <w:szCs w:val="20"/>
                <w:lang w:eastAsia="ko-KR"/>
              </w:rPr>
              <w:t xml:space="preserve"> </w:t>
            </w:r>
            <w:r w:rsidRPr="00143405">
              <w:rPr>
                <w:szCs w:val="20"/>
              </w:rPr>
              <w:t>(</w:t>
            </w:r>
            <w:r>
              <w:rPr>
                <w:rFonts w:hint="eastAsia"/>
                <w:szCs w:val="20"/>
                <w:lang w:eastAsia="ko-KR"/>
              </w:rPr>
              <w:t>화</w:t>
            </w:r>
            <w:r w:rsidRPr="00143405">
              <w:rPr>
                <w:szCs w:val="20"/>
              </w:rPr>
              <w:t>)</w:t>
            </w:r>
          </w:p>
        </w:tc>
      </w:tr>
      <w:tr w:rsidR="00D60D27" w14:paraId="36778147" w14:textId="77777777" w:rsidTr="004E7D4C">
        <w:trPr>
          <w:jc w:val="center"/>
        </w:trPr>
        <w:tc>
          <w:tcPr>
            <w:tcW w:w="2694" w:type="dxa"/>
            <w:shd w:val="clear" w:color="auto" w:fill="EAF2F8"/>
            <w:vAlign w:val="center"/>
          </w:tcPr>
          <w:p w14:paraId="374A8D37" w14:textId="77777777" w:rsidR="00D60D27" w:rsidRPr="00143405" w:rsidRDefault="00EF4823">
            <w:pPr>
              <w:spacing w:after="0"/>
              <w:rPr>
                <w:szCs w:val="20"/>
              </w:rPr>
            </w:pPr>
            <w:r w:rsidRPr="00143405">
              <w:rPr>
                <w:b/>
                <w:szCs w:val="20"/>
              </w:rPr>
              <w:t>7. 납부계좌</w:t>
            </w:r>
          </w:p>
        </w:tc>
        <w:tc>
          <w:tcPr>
            <w:tcW w:w="7732" w:type="dxa"/>
            <w:vAlign w:val="center"/>
          </w:tcPr>
          <w:p w14:paraId="42183A0B" w14:textId="386CCF6C" w:rsidR="00D60D27" w:rsidRPr="004E7D4C" w:rsidRDefault="004E7D4C" w:rsidP="004E7D4C">
            <w:pPr>
              <w:shd w:val="clear" w:color="auto" w:fill="FFFFFF"/>
              <w:rPr>
                <w:rFonts w:ascii="Arial" w:eastAsia="Gulim" w:hAnsi="Arial" w:cs="Arial"/>
                <w:color w:val="222222"/>
                <w:lang w:eastAsia="ko-KR"/>
              </w:rPr>
            </w:pPr>
            <w:r>
              <w:rPr>
                <w:rFonts w:ascii="Arial" w:hAnsi="Arial" w:cs="Arial"/>
                <w:b/>
                <w:bCs/>
                <w:color w:val="222222"/>
                <w:lang w:eastAsia="ko-KR"/>
              </w:rPr>
              <w:t>수협은행</w:t>
            </w:r>
            <w:r>
              <w:rPr>
                <w:rFonts w:ascii="Arial" w:hAnsi="Arial" w:cs="Arial"/>
                <w:b/>
                <w:bCs/>
                <w:color w:val="222222"/>
                <w:lang w:eastAsia="ko-KR"/>
              </w:rPr>
              <w:t>  1010-2165-4006 (</w:t>
            </w:r>
            <w:r>
              <w:rPr>
                <w:rFonts w:ascii="Arial" w:hAnsi="Arial" w:cs="Arial"/>
                <w:b/>
                <w:bCs/>
                <w:color w:val="222222"/>
                <w:lang w:eastAsia="ko-KR"/>
              </w:rPr>
              <w:t>사</w:t>
            </w:r>
            <w:r>
              <w:rPr>
                <w:rFonts w:ascii="Arial" w:hAnsi="Arial" w:cs="Arial"/>
                <w:b/>
                <w:bCs/>
                <w:color w:val="222222"/>
                <w:lang w:eastAsia="ko-KR"/>
              </w:rPr>
              <w:t>)</w:t>
            </w:r>
            <w:r>
              <w:rPr>
                <w:rFonts w:ascii="Arial" w:hAnsi="Arial" w:cs="Arial"/>
                <w:b/>
                <w:bCs/>
                <w:color w:val="222222"/>
                <w:lang w:eastAsia="ko-KR"/>
              </w:rPr>
              <w:t>한국섬유공학회</w:t>
            </w:r>
            <w:r>
              <w:rPr>
                <w:rFonts w:ascii="Arial" w:hAnsi="Arial" w:cs="Arial"/>
                <w:b/>
                <w:bCs/>
                <w:color w:val="222222"/>
                <w:lang w:eastAsia="ko-KR"/>
              </w:rPr>
              <w:t>  </w:t>
            </w:r>
          </w:p>
        </w:tc>
      </w:tr>
      <w:tr w:rsidR="00D60D27" w14:paraId="32F307F8" w14:textId="77777777" w:rsidTr="004E7D4C">
        <w:trPr>
          <w:jc w:val="center"/>
        </w:trPr>
        <w:tc>
          <w:tcPr>
            <w:tcW w:w="2694" w:type="dxa"/>
            <w:shd w:val="clear" w:color="auto" w:fill="EAF2F8"/>
            <w:vAlign w:val="center"/>
          </w:tcPr>
          <w:p w14:paraId="21A74CFF" w14:textId="74D3E682" w:rsidR="00DC4903" w:rsidRPr="00143405" w:rsidRDefault="00EF4823">
            <w:pPr>
              <w:spacing w:after="0"/>
              <w:rPr>
                <w:b/>
                <w:szCs w:val="20"/>
                <w:lang w:eastAsia="ko-KR"/>
              </w:rPr>
            </w:pPr>
            <w:r w:rsidRPr="00143405">
              <w:rPr>
                <w:b/>
                <w:szCs w:val="20"/>
              </w:rPr>
              <w:t>8. 신청방법</w:t>
            </w:r>
          </w:p>
        </w:tc>
        <w:tc>
          <w:tcPr>
            <w:tcW w:w="7732" w:type="dxa"/>
            <w:vAlign w:val="center"/>
          </w:tcPr>
          <w:p w14:paraId="2A41A210" w14:textId="3849BA9D" w:rsidR="00D60D27" w:rsidRPr="00143405" w:rsidRDefault="00EF4823">
            <w:pPr>
              <w:spacing w:after="0"/>
              <w:rPr>
                <w:szCs w:val="20"/>
                <w:lang w:eastAsia="ko-KR"/>
              </w:rPr>
            </w:pPr>
            <w:r w:rsidRPr="00143405">
              <w:rPr>
                <w:szCs w:val="20"/>
                <w:lang w:eastAsia="ko-KR"/>
              </w:rPr>
              <w:t>참가신청서(별도 양식) 및 사업자등록증을 이메일(</w:t>
            </w:r>
            <w:r w:rsidR="00FC2FD6">
              <w:rPr>
                <w:lang w:eastAsia="ko-KR"/>
              </w:rPr>
              <w:t>contact@atc18.org</w:t>
            </w:r>
            <w:r w:rsidRPr="00143405">
              <w:rPr>
                <w:szCs w:val="20"/>
                <w:lang w:eastAsia="ko-KR"/>
              </w:rPr>
              <w:t>)로 제출</w:t>
            </w:r>
          </w:p>
        </w:tc>
      </w:tr>
      <w:tr w:rsidR="00DC4903" w14:paraId="39CD10B5" w14:textId="77777777" w:rsidTr="004E7D4C">
        <w:trPr>
          <w:jc w:val="center"/>
        </w:trPr>
        <w:tc>
          <w:tcPr>
            <w:tcW w:w="2694" w:type="dxa"/>
            <w:shd w:val="clear" w:color="auto" w:fill="EAF2F8"/>
            <w:vAlign w:val="center"/>
          </w:tcPr>
          <w:p w14:paraId="2DA01520" w14:textId="3433B47E" w:rsidR="00DC4903" w:rsidRPr="00143405" w:rsidRDefault="00DC4903">
            <w:pPr>
              <w:spacing w:after="0"/>
              <w:rPr>
                <w:szCs w:val="20"/>
                <w:lang w:eastAsia="ko-KR"/>
              </w:rPr>
            </w:pPr>
            <w:r w:rsidRPr="00143405">
              <w:rPr>
                <w:b/>
                <w:szCs w:val="20"/>
              </w:rPr>
              <w:t>9. 기본 제공</w:t>
            </w:r>
          </w:p>
        </w:tc>
        <w:tc>
          <w:tcPr>
            <w:tcW w:w="7732" w:type="dxa"/>
            <w:vAlign w:val="center"/>
          </w:tcPr>
          <w:p w14:paraId="6466577D" w14:textId="77777777" w:rsidR="00DC4903" w:rsidRPr="00143405" w:rsidRDefault="00DC4903" w:rsidP="00DC4903">
            <w:pPr>
              <w:pStyle w:val="a0"/>
              <w:numPr>
                <w:ilvl w:val="0"/>
                <w:numId w:val="0"/>
              </w:numPr>
              <w:spacing w:after="0"/>
              <w:ind w:left="360" w:hanging="360"/>
              <w:rPr>
                <w:szCs w:val="20"/>
                <w:lang w:eastAsia="ko-KR"/>
              </w:rPr>
            </w:pPr>
            <w:r w:rsidRPr="00143405">
              <w:rPr>
                <w:szCs w:val="20"/>
                <w:lang w:eastAsia="ko-KR"/>
              </w:rPr>
              <w:t>① 업체상호 Sheet</w:t>
            </w:r>
          </w:p>
          <w:p w14:paraId="45374C1F" w14:textId="77777777" w:rsidR="00DC4903" w:rsidRPr="00143405" w:rsidRDefault="00DC4903" w:rsidP="00DC4903">
            <w:pPr>
              <w:pStyle w:val="a0"/>
              <w:numPr>
                <w:ilvl w:val="0"/>
                <w:numId w:val="0"/>
              </w:numPr>
              <w:spacing w:after="0"/>
              <w:ind w:left="360" w:hanging="360"/>
              <w:rPr>
                <w:szCs w:val="20"/>
                <w:lang w:eastAsia="ko-KR"/>
              </w:rPr>
            </w:pPr>
            <w:r w:rsidRPr="00143405">
              <w:rPr>
                <w:szCs w:val="20"/>
                <w:lang w:eastAsia="ko-KR"/>
              </w:rPr>
              <w:t>② 인포메이션 테이블 1개, 책상 1개 및 의자 2개</w:t>
            </w:r>
          </w:p>
          <w:p w14:paraId="7157365A" w14:textId="6ADA8E73" w:rsidR="00DC4903" w:rsidRPr="00143405" w:rsidRDefault="00DC4903" w:rsidP="00DC4903">
            <w:pPr>
              <w:pStyle w:val="a0"/>
              <w:numPr>
                <w:ilvl w:val="0"/>
                <w:numId w:val="0"/>
              </w:numPr>
              <w:spacing w:after="0"/>
              <w:ind w:left="360" w:hanging="360"/>
              <w:rPr>
                <w:szCs w:val="20"/>
                <w:lang w:eastAsia="ko-KR"/>
              </w:rPr>
            </w:pPr>
            <w:r w:rsidRPr="00143405">
              <w:rPr>
                <w:szCs w:val="20"/>
                <w:lang w:eastAsia="ko-KR"/>
              </w:rPr>
              <w:t>③ 학술대회 무료등록 2인</w:t>
            </w:r>
          </w:p>
        </w:tc>
      </w:tr>
      <w:tr w:rsidR="00DC4903" w14:paraId="34BA55DB" w14:textId="77777777" w:rsidTr="004E7D4C">
        <w:trPr>
          <w:jc w:val="center"/>
        </w:trPr>
        <w:tc>
          <w:tcPr>
            <w:tcW w:w="2694" w:type="dxa"/>
            <w:shd w:val="clear" w:color="auto" w:fill="EAF2F8"/>
            <w:vAlign w:val="center"/>
          </w:tcPr>
          <w:p w14:paraId="299A7E76" w14:textId="47635E13" w:rsidR="00DC4903" w:rsidRPr="00143405" w:rsidRDefault="00DC4903">
            <w:pPr>
              <w:spacing w:after="0"/>
              <w:rPr>
                <w:b/>
                <w:szCs w:val="20"/>
              </w:rPr>
            </w:pPr>
            <w:r w:rsidRPr="00143405">
              <w:rPr>
                <w:b/>
                <w:szCs w:val="20"/>
                <w:lang w:eastAsia="ko-KR"/>
              </w:rPr>
              <w:t>10. 업체 실비 부담</w:t>
            </w:r>
          </w:p>
        </w:tc>
        <w:tc>
          <w:tcPr>
            <w:tcW w:w="7732" w:type="dxa"/>
            <w:vAlign w:val="center"/>
          </w:tcPr>
          <w:p w14:paraId="26F233CF" w14:textId="031E9235" w:rsidR="00DC4903" w:rsidRPr="00143405" w:rsidRDefault="00DC4903" w:rsidP="00DC4903">
            <w:pPr>
              <w:pStyle w:val="a0"/>
              <w:numPr>
                <w:ilvl w:val="0"/>
                <w:numId w:val="0"/>
              </w:numPr>
              <w:spacing w:after="0"/>
              <w:ind w:left="360" w:hanging="360"/>
              <w:rPr>
                <w:szCs w:val="20"/>
                <w:lang w:eastAsia="ko-KR"/>
              </w:rPr>
            </w:pPr>
            <w:r w:rsidRPr="00143405">
              <w:rPr>
                <w:szCs w:val="20"/>
                <w:lang w:eastAsia="ko-KR"/>
              </w:rPr>
              <w:t>유선 LAN, 추가 전력, 의자/테이블 추가, 기타 비품</w:t>
            </w:r>
          </w:p>
        </w:tc>
      </w:tr>
      <w:tr w:rsidR="00DC4903" w14:paraId="7E4B999F" w14:textId="77777777" w:rsidTr="004E7D4C">
        <w:trPr>
          <w:jc w:val="center"/>
        </w:trPr>
        <w:tc>
          <w:tcPr>
            <w:tcW w:w="2694" w:type="dxa"/>
            <w:shd w:val="clear" w:color="auto" w:fill="EAF2F8"/>
            <w:vAlign w:val="center"/>
          </w:tcPr>
          <w:p w14:paraId="5BAFC676" w14:textId="7657C8EB" w:rsidR="00DC4903" w:rsidRPr="00143405" w:rsidRDefault="00DC4903">
            <w:pPr>
              <w:spacing w:after="0"/>
              <w:rPr>
                <w:szCs w:val="20"/>
                <w:lang w:eastAsia="ko-KR"/>
              </w:rPr>
            </w:pPr>
            <w:r w:rsidRPr="00143405">
              <w:rPr>
                <w:b/>
                <w:szCs w:val="20"/>
              </w:rPr>
              <w:t>11. 기타</w:t>
            </w:r>
          </w:p>
        </w:tc>
        <w:tc>
          <w:tcPr>
            <w:tcW w:w="7732" w:type="dxa"/>
            <w:vAlign w:val="center"/>
          </w:tcPr>
          <w:p w14:paraId="31FB8CD7" w14:textId="77777777" w:rsidR="00DC4903" w:rsidRPr="00143405" w:rsidRDefault="00DC4903" w:rsidP="00DC4903">
            <w:pPr>
              <w:pStyle w:val="a0"/>
              <w:numPr>
                <w:ilvl w:val="0"/>
                <w:numId w:val="0"/>
              </w:numPr>
              <w:spacing w:after="0"/>
              <w:ind w:left="360" w:hanging="360"/>
              <w:rPr>
                <w:szCs w:val="20"/>
                <w:lang w:eastAsia="ko-KR"/>
              </w:rPr>
            </w:pPr>
            <w:r w:rsidRPr="00143405">
              <w:rPr>
                <w:szCs w:val="20"/>
                <w:lang w:eastAsia="ko-KR"/>
              </w:rPr>
              <w:t>① 부스 위치 배정: 전시 대금 입금순서</w:t>
            </w:r>
          </w:p>
          <w:p w14:paraId="015D95E1" w14:textId="6980D39B" w:rsidR="00DC4903" w:rsidRPr="00143405" w:rsidRDefault="00DC4903" w:rsidP="00DC4903">
            <w:pPr>
              <w:pStyle w:val="a0"/>
              <w:numPr>
                <w:ilvl w:val="0"/>
                <w:numId w:val="0"/>
              </w:numPr>
              <w:spacing w:after="0"/>
              <w:ind w:left="360" w:hanging="360"/>
              <w:rPr>
                <w:szCs w:val="20"/>
                <w:lang w:eastAsia="ko-KR"/>
              </w:rPr>
            </w:pPr>
            <w:r w:rsidRPr="00143405">
              <w:rPr>
                <w:szCs w:val="20"/>
                <w:lang w:eastAsia="ko-KR"/>
              </w:rPr>
              <w:t xml:space="preserve">② 기타 문의사항: 02-508-1935, </w:t>
            </w:r>
            <w:r w:rsidR="00FC2FD6">
              <w:rPr>
                <w:lang w:eastAsia="ko-KR"/>
              </w:rPr>
              <w:t>contact@atc18.org</w:t>
            </w:r>
          </w:p>
        </w:tc>
      </w:tr>
    </w:tbl>
    <w:p w14:paraId="57F6249C" w14:textId="2C5B320B" w:rsidR="00143405" w:rsidRDefault="00143405" w:rsidP="00DC4903">
      <w:pPr>
        <w:pStyle w:val="a0"/>
        <w:numPr>
          <w:ilvl w:val="0"/>
          <w:numId w:val="0"/>
        </w:numPr>
        <w:spacing w:after="0"/>
        <w:rPr>
          <w:lang w:eastAsia="ko-KR"/>
        </w:rPr>
      </w:pPr>
      <w:r w:rsidRPr="00B2622F">
        <w:rPr>
          <w:b/>
          <w:bCs/>
          <w:lang w:eastAsia="ko-KR"/>
        </w:rPr>
        <w:t xml:space="preserve">ATC-18 </w:t>
      </w:r>
      <w:r w:rsidRPr="00B2622F">
        <w:rPr>
          <w:rFonts w:hint="eastAsia"/>
          <w:b/>
          <w:bCs/>
          <w:lang w:eastAsia="ko-KR"/>
        </w:rPr>
        <w:t>사무국</w:t>
      </w:r>
      <w:r>
        <w:rPr>
          <w:rFonts w:hint="eastAsia"/>
          <w:lang w:eastAsia="ko-KR"/>
        </w:rPr>
        <w:t xml:space="preserve">    </w:t>
      </w:r>
      <w:r>
        <w:rPr>
          <w:lang w:eastAsia="ko-KR"/>
        </w:rPr>
        <w:t>E-mail: contact@atc18.org      Homepage: www.atc18.org</w:t>
      </w:r>
    </w:p>
    <w:p w14:paraId="34A62D0C" w14:textId="77777777" w:rsidR="00B2622F" w:rsidRDefault="00B2622F" w:rsidP="00DC4903">
      <w:pPr>
        <w:pStyle w:val="a0"/>
        <w:numPr>
          <w:ilvl w:val="0"/>
          <w:numId w:val="0"/>
        </w:numPr>
        <w:spacing w:after="0"/>
        <w:rPr>
          <w:lang w:eastAsia="ko-KR"/>
        </w:rPr>
      </w:pPr>
    </w:p>
    <w:p w14:paraId="7C8727C0" w14:textId="36BACB93" w:rsidR="00D60D27" w:rsidRPr="00DC4903" w:rsidRDefault="00EF4823" w:rsidP="00DC4903">
      <w:pPr>
        <w:jc w:val="right"/>
        <w:rPr>
          <w:sz w:val="22"/>
          <w:szCs w:val="28"/>
          <w:lang w:eastAsia="ko-KR"/>
        </w:rPr>
      </w:pPr>
      <w:r w:rsidRPr="001A3C61">
        <w:rPr>
          <w:b/>
          <w:sz w:val="28"/>
          <w:szCs w:val="28"/>
          <w:lang w:eastAsia="ko-KR"/>
        </w:rPr>
        <w:t>사단법인 한국섬유공학회</w:t>
      </w:r>
      <w:r>
        <w:rPr>
          <w:lang w:eastAsia="ko-KR"/>
        </w:rPr>
        <w:br w:type="page"/>
      </w:r>
    </w:p>
    <w:p w14:paraId="680CF080" w14:textId="77777777" w:rsidR="00D60D27" w:rsidRDefault="00EF4823">
      <w:pPr>
        <w:spacing w:after="120"/>
        <w:jc w:val="center"/>
      </w:pPr>
      <w:r>
        <w:rPr>
          <w:b/>
          <w:sz w:val="31"/>
        </w:rPr>
        <w:t>2026 Asian Textile Conference (ATC-18)</w:t>
      </w:r>
      <w:r>
        <w:rPr>
          <w:b/>
          <w:sz w:val="31"/>
        </w:rPr>
        <w:br/>
        <w:t>홍보전시부스 참가신청서</w:t>
      </w:r>
    </w:p>
    <w:p w14:paraId="5373532A" w14:textId="77777777" w:rsidR="00D60D27" w:rsidRDefault="00EF4823">
      <w:pPr>
        <w:spacing w:after="60"/>
      </w:pPr>
      <w:r>
        <w:rPr>
          <w:b/>
          <w:sz w:val="22"/>
        </w:rPr>
        <w:t>참가 업체 정보</w:t>
      </w:r>
    </w:p>
    <w:tbl>
      <w:tblPr>
        <w:tblW w:w="0" w:type="auto"/>
        <w:jc w:val="center"/>
        <w:tblBorders>
          <w:top w:val="single" w:sz="5" w:space="0" w:color="A8A8A8"/>
          <w:left w:val="single" w:sz="5" w:space="0" w:color="A8A8A8"/>
          <w:bottom w:val="single" w:sz="5" w:space="0" w:color="A8A8A8"/>
          <w:right w:val="single" w:sz="5" w:space="0" w:color="A8A8A8"/>
          <w:insideH w:val="single" w:sz="5" w:space="0" w:color="A8A8A8"/>
          <w:insideV w:val="single" w:sz="5" w:space="0" w:color="A8A8A8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7165"/>
      </w:tblGrid>
      <w:tr w:rsidR="00D60D27" w14:paraId="1BDE75E4" w14:textId="77777777" w:rsidTr="00B33028">
        <w:trPr>
          <w:trHeight w:val="454"/>
          <w:jc w:val="center"/>
        </w:trPr>
        <w:tc>
          <w:tcPr>
            <w:tcW w:w="3261" w:type="dxa"/>
            <w:shd w:val="clear" w:color="auto" w:fill="EAF2F8"/>
            <w:vAlign w:val="center"/>
          </w:tcPr>
          <w:p w14:paraId="0A4A44FB" w14:textId="77777777" w:rsidR="00D60D27" w:rsidRPr="00BD602A" w:rsidRDefault="00EF4823" w:rsidP="00BD602A">
            <w:pPr>
              <w:spacing w:after="0"/>
              <w:jc w:val="center"/>
              <w:rPr>
                <w:sz w:val="22"/>
                <w:szCs w:val="28"/>
              </w:rPr>
            </w:pPr>
            <w:r w:rsidRPr="00BD602A">
              <w:rPr>
                <w:b/>
                <w:sz w:val="22"/>
                <w:szCs w:val="28"/>
              </w:rPr>
              <w:t>상 호</w:t>
            </w:r>
          </w:p>
        </w:tc>
        <w:tc>
          <w:tcPr>
            <w:tcW w:w="7165" w:type="dxa"/>
            <w:vAlign w:val="center"/>
          </w:tcPr>
          <w:p w14:paraId="5E45190A" w14:textId="77777777" w:rsidR="00D60D27" w:rsidRPr="00BD602A" w:rsidRDefault="00D60D27">
            <w:pPr>
              <w:spacing w:after="0"/>
              <w:rPr>
                <w:sz w:val="22"/>
                <w:szCs w:val="28"/>
              </w:rPr>
            </w:pPr>
          </w:p>
        </w:tc>
      </w:tr>
      <w:tr w:rsidR="00D60D27" w14:paraId="2811F00A" w14:textId="77777777" w:rsidTr="00B33028">
        <w:trPr>
          <w:trHeight w:val="454"/>
          <w:jc w:val="center"/>
        </w:trPr>
        <w:tc>
          <w:tcPr>
            <w:tcW w:w="3261" w:type="dxa"/>
            <w:shd w:val="clear" w:color="auto" w:fill="EAF2F8"/>
            <w:vAlign w:val="center"/>
          </w:tcPr>
          <w:p w14:paraId="405D7CD3" w14:textId="77777777" w:rsidR="00D60D27" w:rsidRPr="00BD602A" w:rsidRDefault="00EF4823" w:rsidP="00BD602A">
            <w:pPr>
              <w:spacing w:after="0"/>
              <w:jc w:val="center"/>
              <w:rPr>
                <w:sz w:val="22"/>
                <w:szCs w:val="28"/>
              </w:rPr>
            </w:pPr>
            <w:r w:rsidRPr="00BD602A">
              <w:rPr>
                <w:b/>
                <w:sz w:val="22"/>
                <w:szCs w:val="28"/>
              </w:rPr>
              <w:t>주 소</w:t>
            </w:r>
          </w:p>
        </w:tc>
        <w:tc>
          <w:tcPr>
            <w:tcW w:w="7165" w:type="dxa"/>
            <w:vAlign w:val="center"/>
          </w:tcPr>
          <w:p w14:paraId="5D8A920D" w14:textId="77777777" w:rsidR="00D60D27" w:rsidRPr="00BD602A" w:rsidRDefault="00EF4823">
            <w:pPr>
              <w:spacing w:after="0"/>
              <w:rPr>
                <w:sz w:val="22"/>
                <w:szCs w:val="28"/>
              </w:rPr>
            </w:pPr>
            <w:r w:rsidRPr="00BD602A">
              <w:rPr>
                <w:sz w:val="22"/>
                <w:szCs w:val="28"/>
              </w:rPr>
              <w:t>(우</w:t>
            </w:r>
            <w:proofErr w:type="gramStart"/>
            <w:r w:rsidRPr="00BD602A">
              <w:rPr>
                <w:sz w:val="22"/>
                <w:szCs w:val="28"/>
              </w:rPr>
              <w:t>: )</w:t>
            </w:r>
            <w:proofErr w:type="gramEnd"/>
          </w:p>
        </w:tc>
      </w:tr>
      <w:tr w:rsidR="00D60D27" w14:paraId="0831715B" w14:textId="77777777" w:rsidTr="00B33028">
        <w:trPr>
          <w:trHeight w:val="454"/>
          <w:jc w:val="center"/>
        </w:trPr>
        <w:tc>
          <w:tcPr>
            <w:tcW w:w="3261" w:type="dxa"/>
            <w:shd w:val="clear" w:color="auto" w:fill="EAF2F8"/>
            <w:vAlign w:val="center"/>
          </w:tcPr>
          <w:p w14:paraId="53327803" w14:textId="77777777" w:rsidR="00D60D27" w:rsidRPr="00BD602A" w:rsidRDefault="00EF4823" w:rsidP="00BD602A">
            <w:pPr>
              <w:spacing w:after="0"/>
              <w:jc w:val="center"/>
              <w:rPr>
                <w:sz w:val="22"/>
                <w:szCs w:val="28"/>
              </w:rPr>
            </w:pPr>
            <w:r w:rsidRPr="00BD602A">
              <w:rPr>
                <w:b/>
                <w:sz w:val="22"/>
                <w:szCs w:val="28"/>
              </w:rPr>
              <w:t>대표자</w:t>
            </w:r>
          </w:p>
        </w:tc>
        <w:tc>
          <w:tcPr>
            <w:tcW w:w="7165" w:type="dxa"/>
            <w:vAlign w:val="center"/>
          </w:tcPr>
          <w:p w14:paraId="5232F6C3" w14:textId="77777777" w:rsidR="00D60D27" w:rsidRPr="00BD602A" w:rsidRDefault="00D60D27">
            <w:pPr>
              <w:spacing w:after="0"/>
              <w:rPr>
                <w:sz w:val="22"/>
                <w:szCs w:val="28"/>
              </w:rPr>
            </w:pPr>
          </w:p>
        </w:tc>
      </w:tr>
      <w:tr w:rsidR="00D60D27" w14:paraId="444530D3" w14:textId="77777777" w:rsidTr="00B33028">
        <w:trPr>
          <w:trHeight w:val="454"/>
          <w:jc w:val="center"/>
        </w:trPr>
        <w:tc>
          <w:tcPr>
            <w:tcW w:w="3261" w:type="dxa"/>
            <w:shd w:val="clear" w:color="auto" w:fill="EAF2F8"/>
            <w:vAlign w:val="center"/>
          </w:tcPr>
          <w:p w14:paraId="6BD673B7" w14:textId="77777777" w:rsidR="00D60D27" w:rsidRPr="00BD602A" w:rsidRDefault="00EF4823" w:rsidP="00BD602A">
            <w:pPr>
              <w:spacing w:after="0"/>
              <w:jc w:val="center"/>
              <w:rPr>
                <w:sz w:val="22"/>
                <w:szCs w:val="28"/>
              </w:rPr>
            </w:pPr>
            <w:r w:rsidRPr="00BD602A">
              <w:rPr>
                <w:b/>
                <w:sz w:val="22"/>
                <w:szCs w:val="28"/>
              </w:rPr>
              <w:t>전화번호</w:t>
            </w:r>
          </w:p>
        </w:tc>
        <w:tc>
          <w:tcPr>
            <w:tcW w:w="7165" w:type="dxa"/>
            <w:vAlign w:val="center"/>
          </w:tcPr>
          <w:p w14:paraId="1D223482" w14:textId="77777777" w:rsidR="00D60D27" w:rsidRPr="00BD602A" w:rsidRDefault="00D60D27">
            <w:pPr>
              <w:spacing w:after="0"/>
              <w:rPr>
                <w:sz w:val="22"/>
                <w:szCs w:val="28"/>
              </w:rPr>
            </w:pPr>
          </w:p>
        </w:tc>
      </w:tr>
      <w:tr w:rsidR="00D60D27" w14:paraId="2A552AA1" w14:textId="77777777" w:rsidTr="00B33028">
        <w:trPr>
          <w:trHeight w:val="454"/>
          <w:jc w:val="center"/>
        </w:trPr>
        <w:tc>
          <w:tcPr>
            <w:tcW w:w="3261" w:type="dxa"/>
            <w:shd w:val="clear" w:color="auto" w:fill="EAF2F8"/>
            <w:vAlign w:val="center"/>
          </w:tcPr>
          <w:p w14:paraId="2D6EE113" w14:textId="77777777" w:rsidR="00D60D27" w:rsidRPr="00BD602A" w:rsidRDefault="00EF4823" w:rsidP="00BD602A">
            <w:pPr>
              <w:spacing w:after="0"/>
              <w:jc w:val="center"/>
              <w:rPr>
                <w:sz w:val="22"/>
                <w:szCs w:val="28"/>
              </w:rPr>
            </w:pPr>
            <w:r w:rsidRPr="00BD602A">
              <w:rPr>
                <w:b/>
                <w:sz w:val="22"/>
                <w:szCs w:val="28"/>
              </w:rPr>
              <w:t>홈페이지 주소</w:t>
            </w:r>
          </w:p>
        </w:tc>
        <w:tc>
          <w:tcPr>
            <w:tcW w:w="7165" w:type="dxa"/>
            <w:vAlign w:val="center"/>
          </w:tcPr>
          <w:p w14:paraId="11BD6840" w14:textId="77777777" w:rsidR="00D60D27" w:rsidRPr="00BD602A" w:rsidRDefault="00EF4823">
            <w:pPr>
              <w:spacing w:after="0"/>
              <w:rPr>
                <w:sz w:val="22"/>
                <w:szCs w:val="28"/>
              </w:rPr>
            </w:pPr>
            <w:r w:rsidRPr="00BD602A">
              <w:rPr>
                <w:sz w:val="22"/>
                <w:szCs w:val="28"/>
              </w:rPr>
              <w:t>http://</w:t>
            </w:r>
          </w:p>
        </w:tc>
      </w:tr>
    </w:tbl>
    <w:p w14:paraId="37F22EC3" w14:textId="77777777" w:rsidR="00A76572" w:rsidRPr="00B33028" w:rsidRDefault="00A76572">
      <w:pPr>
        <w:spacing w:after="60"/>
        <w:rPr>
          <w:b/>
          <w:sz w:val="13"/>
          <w:szCs w:val="13"/>
          <w:lang w:eastAsia="ko-KR"/>
        </w:rPr>
      </w:pPr>
    </w:p>
    <w:p w14:paraId="205131FD" w14:textId="002C20C7" w:rsidR="00D60D27" w:rsidRDefault="00EF4823">
      <w:pPr>
        <w:spacing w:after="60"/>
      </w:pPr>
      <w:r>
        <w:rPr>
          <w:b/>
          <w:sz w:val="22"/>
        </w:rPr>
        <w:t>전시 부스 신청</w:t>
      </w:r>
    </w:p>
    <w:tbl>
      <w:tblPr>
        <w:tblW w:w="0" w:type="auto"/>
        <w:jc w:val="center"/>
        <w:tblBorders>
          <w:top w:val="single" w:sz="5" w:space="0" w:color="A8A8A8"/>
          <w:left w:val="single" w:sz="5" w:space="0" w:color="A8A8A8"/>
          <w:bottom w:val="single" w:sz="5" w:space="0" w:color="A8A8A8"/>
          <w:right w:val="single" w:sz="5" w:space="0" w:color="A8A8A8"/>
          <w:insideH w:val="single" w:sz="5" w:space="0" w:color="A8A8A8"/>
          <w:insideV w:val="single" w:sz="5" w:space="0" w:color="A8A8A8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7165"/>
      </w:tblGrid>
      <w:tr w:rsidR="00D60D27" w14:paraId="50FDCD42" w14:textId="77777777" w:rsidTr="00B33028">
        <w:trPr>
          <w:trHeight w:val="454"/>
          <w:jc w:val="center"/>
        </w:trPr>
        <w:tc>
          <w:tcPr>
            <w:tcW w:w="3261" w:type="dxa"/>
            <w:shd w:val="clear" w:color="auto" w:fill="F5F9FC"/>
            <w:vAlign w:val="center"/>
          </w:tcPr>
          <w:p w14:paraId="65F78608" w14:textId="77777777" w:rsidR="00D60D27" w:rsidRPr="00BD602A" w:rsidRDefault="00EF4823" w:rsidP="00B33028">
            <w:pPr>
              <w:spacing w:after="0"/>
              <w:jc w:val="center"/>
              <w:rPr>
                <w:sz w:val="22"/>
                <w:szCs w:val="28"/>
              </w:rPr>
            </w:pPr>
            <w:r w:rsidRPr="00BD602A">
              <w:rPr>
                <w:b/>
                <w:sz w:val="22"/>
                <w:szCs w:val="28"/>
              </w:rPr>
              <w:t>신청부스 수</w:t>
            </w:r>
          </w:p>
        </w:tc>
        <w:tc>
          <w:tcPr>
            <w:tcW w:w="7165" w:type="dxa"/>
            <w:vAlign w:val="center"/>
          </w:tcPr>
          <w:p w14:paraId="63DDD9EA" w14:textId="77777777" w:rsidR="00D60D27" w:rsidRPr="00BD602A" w:rsidRDefault="00EF4823">
            <w:pPr>
              <w:spacing w:after="0"/>
              <w:rPr>
                <w:sz w:val="22"/>
                <w:szCs w:val="28"/>
              </w:rPr>
            </w:pPr>
            <w:r w:rsidRPr="00BD602A">
              <w:rPr>
                <w:sz w:val="22"/>
                <w:szCs w:val="28"/>
              </w:rPr>
              <w:t xml:space="preserve">        개</w:t>
            </w:r>
          </w:p>
        </w:tc>
      </w:tr>
      <w:tr w:rsidR="00D60D27" w14:paraId="433A9722" w14:textId="77777777" w:rsidTr="00B33028">
        <w:trPr>
          <w:trHeight w:val="454"/>
          <w:jc w:val="center"/>
        </w:trPr>
        <w:tc>
          <w:tcPr>
            <w:tcW w:w="3261" w:type="dxa"/>
            <w:shd w:val="clear" w:color="auto" w:fill="F5F9FC"/>
            <w:vAlign w:val="center"/>
          </w:tcPr>
          <w:p w14:paraId="33B8425B" w14:textId="56310454" w:rsidR="00D60D27" w:rsidRPr="00BD602A" w:rsidRDefault="00B33028" w:rsidP="00B33028">
            <w:pPr>
              <w:spacing w:after="0"/>
              <w:jc w:val="center"/>
              <w:rPr>
                <w:sz w:val="22"/>
                <w:szCs w:val="28"/>
                <w:lang w:eastAsia="ko-KR"/>
              </w:rPr>
            </w:pPr>
            <w:r>
              <w:rPr>
                <w:rFonts w:hint="eastAsia"/>
                <w:b/>
                <w:sz w:val="22"/>
                <w:szCs w:val="28"/>
                <w:lang w:eastAsia="ko-KR"/>
              </w:rPr>
              <w:t xml:space="preserve">기본 제공사항 외 </w:t>
            </w:r>
            <w:r w:rsidRPr="00BD602A">
              <w:rPr>
                <w:b/>
                <w:sz w:val="22"/>
                <w:szCs w:val="28"/>
                <w:lang w:eastAsia="ko-KR"/>
              </w:rPr>
              <w:t>추가 요청사항</w:t>
            </w:r>
            <w:r>
              <w:rPr>
                <w:rFonts w:hint="eastAsia"/>
                <w:b/>
                <w:sz w:val="22"/>
                <w:szCs w:val="28"/>
                <w:lang w:eastAsia="ko-KR"/>
              </w:rPr>
              <w:t xml:space="preserve"> </w:t>
            </w:r>
            <w:r w:rsidRPr="00BD602A">
              <w:rPr>
                <w:b/>
                <w:sz w:val="22"/>
                <w:szCs w:val="28"/>
                <w:lang w:eastAsia="ko-KR"/>
              </w:rPr>
              <w:t>(업체부담)</w:t>
            </w:r>
          </w:p>
        </w:tc>
        <w:tc>
          <w:tcPr>
            <w:tcW w:w="7165" w:type="dxa"/>
            <w:vAlign w:val="center"/>
          </w:tcPr>
          <w:p w14:paraId="3ED66DAF" w14:textId="77777777" w:rsidR="00D60D27" w:rsidRPr="00BD602A" w:rsidRDefault="00D60D27">
            <w:pPr>
              <w:spacing w:after="0"/>
              <w:rPr>
                <w:sz w:val="22"/>
                <w:szCs w:val="28"/>
                <w:lang w:eastAsia="ko-KR"/>
              </w:rPr>
            </w:pPr>
          </w:p>
        </w:tc>
      </w:tr>
      <w:tr w:rsidR="00D60D27" w14:paraId="67BA7015" w14:textId="77777777" w:rsidTr="00B33028">
        <w:trPr>
          <w:trHeight w:val="454"/>
          <w:jc w:val="center"/>
        </w:trPr>
        <w:tc>
          <w:tcPr>
            <w:tcW w:w="3261" w:type="dxa"/>
            <w:shd w:val="clear" w:color="auto" w:fill="F5F9FC"/>
            <w:vAlign w:val="center"/>
          </w:tcPr>
          <w:p w14:paraId="39C4D4E9" w14:textId="77777777" w:rsidR="00D60D27" w:rsidRPr="00BD602A" w:rsidRDefault="00EF4823" w:rsidP="00B33028">
            <w:pPr>
              <w:spacing w:after="0"/>
              <w:jc w:val="center"/>
              <w:rPr>
                <w:sz w:val="22"/>
                <w:szCs w:val="28"/>
              </w:rPr>
            </w:pPr>
            <w:r w:rsidRPr="00BD602A">
              <w:rPr>
                <w:b/>
                <w:sz w:val="22"/>
                <w:szCs w:val="28"/>
              </w:rPr>
              <w:t>전시품목 및 업체소개</w:t>
            </w:r>
          </w:p>
        </w:tc>
        <w:tc>
          <w:tcPr>
            <w:tcW w:w="7165" w:type="dxa"/>
            <w:vAlign w:val="center"/>
          </w:tcPr>
          <w:p w14:paraId="6488CBE0" w14:textId="77777777" w:rsidR="00B33028" w:rsidRDefault="00BD602A">
            <w:pPr>
              <w:spacing w:after="0"/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  <w:lang w:eastAsia="ko-KR"/>
              </w:rPr>
              <w:t xml:space="preserve">- </w:t>
            </w:r>
            <w:r w:rsidRPr="00BD602A">
              <w:rPr>
                <w:sz w:val="22"/>
                <w:szCs w:val="28"/>
              </w:rPr>
              <w:t>업체소개:</w:t>
            </w:r>
          </w:p>
          <w:p w14:paraId="4281A17D" w14:textId="77777777" w:rsidR="00D60D27" w:rsidRDefault="00EF4823">
            <w:pPr>
              <w:spacing w:after="0"/>
              <w:rPr>
                <w:sz w:val="22"/>
                <w:szCs w:val="28"/>
              </w:rPr>
            </w:pPr>
            <w:r w:rsidRPr="00BD602A">
              <w:rPr>
                <w:sz w:val="22"/>
                <w:szCs w:val="28"/>
              </w:rPr>
              <w:br/>
            </w:r>
            <w:r w:rsidR="00BD602A">
              <w:rPr>
                <w:rFonts w:hint="eastAsia"/>
                <w:sz w:val="22"/>
                <w:szCs w:val="28"/>
                <w:lang w:eastAsia="ko-KR"/>
              </w:rPr>
              <w:t xml:space="preserve">- </w:t>
            </w:r>
            <w:r w:rsidRPr="00BD602A">
              <w:rPr>
                <w:sz w:val="22"/>
                <w:szCs w:val="28"/>
              </w:rPr>
              <w:t>전시품목:</w:t>
            </w:r>
          </w:p>
          <w:p w14:paraId="4F28B527" w14:textId="1CCFA20F" w:rsidR="00B33028" w:rsidRPr="00BD602A" w:rsidRDefault="00B33028">
            <w:pPr>
              <w:spacing w:after="0"/>
              <w:rPr>
                <w:sz w:val="22"/>
                <w:szCs w:val="28"/>
              </w:rPr>
            </w:pPr>
          </w:p>
        </w:tc>
      </w:tr>
      <w:tr w:rsidR="00D60D27" w14:paraId="68B0D2BB" w14:textId="77777777" w:rsidTr="00B33028">
        <w:trPr>
          <w:trHeight w:val="454"/>
          <w:jc w:val="center"/>
        </w:trPr>
        <w:tc>
          <w:tcPr>
            <w:tcW w:w="3261" w:type="dxa"/>
            <w:shd w:val="clear" w:color="auto" w:fill="F5F9FC"/>
            <w:vAlign w:val="center"/>
          </w:tcPr>
          <w:p w14:paraId="766ACA70" w14:textId="77777777" w:rsidR="00D60D27" w:rsidRPr="00BD602A" w:rsidRDefault="00EF4823" w:rsidP="00B33028">
            <w:pPr>
              <w:spacing w:after="0"/>
              <w:jc w:val="center"/>
              <w:rPr>
                <w:sz w:val="22"/>
                <w:szCs w:val="28"/>
              </w:rPr>
            </w:pPr>
            <w:r w:rsidRPr="00BD602A">
              <w:rPr>
                <w:b/>
                <w:sz w:val="22"/>
                <w:szCs w:val="28"/>
              </w:rPr>
              <w:t>부스 간판명</w:t>
            </w:r>
          </w:p>
        </w:tc>
        <w:tc>
          <w:tcPr>
            <w:tcW w:w="7165" w:type="dxa"/>
            <w:vAlign w:val="center"/>
          </w:tcPr>
          <w:p w14:paraId="79E531B4" w14:textId="77777777" w:rsidR="00D60D27" w:rsidRPr="00BD602A" w:rsidRDefault="00D60D27">
            <w:pPr>
              <w:spacing w:after="0"/>
              <w:rPr>
                <w:sz w:val="22"/>
                <w:szCs w:val="28"/>
              </w:rPr>
            </w:pPr>
          </w:p>
        </w:tc>
      </w:tr>
      <w:tr w:rsidR="00D60D27" w14:paraId="50A1074F" w14:textId="77777777" w:rsidTr="00B33028">
        <w:trPr>
          <w:trHeight w:val="454"/>
          <w:jc w:val="center"/>
        </w:trPr>
        <w:tc>
          <w:tcPr>
            <w:tcW w:w="3261" w:type="dxa"/>
            <w:shd w:val="clear" w:color="auto" w:fill="F5F9FC"/>
            <w:vAlign w:val="center"/>
          </w:tcPr>
          <w:p w14:paraId="62913203" w14:textId="77777777" w:rsidR="00D60D27" w:rsidRPr="00BD602A" w:rsidRDefault="00EF4823" w:rsidP="00B33028">
            <w:pPr>
              <w:spacing w:after="0"/>
              <w:jc w:val="center"/>
              <w:rPr>
                <w:sz w:val="22"/>
                <w:szCs w:val="28"/>
              </w:rPr>
            </w:pPr>
            <w:r w:rsidRPr="00BD602A">
              <w:rPr>
                <w:b/>
                <w:sz w:val="22"/>
                <w:szCs w:val="28"/>
              </w:rPr>
              <w:t>참석자 명단</w:t>
            </w:r>
          </w:p>
        </w:tc>
        <w:tc>
          <w:tcPr>
            <w:tcW w:w="7165" w:type="dxa"/>
            <w:vAlign w:val="center"/>
          </w:tcPr>
          <w:p w14:paraId="7738945F" w14:textId="77777777" w:rsidR="00D60D27" w:rsidRPr="00BD602A" w:rsidRDefault="00EF4823">
            <w:pPr>
              <w:spacing w:after="0"/>
              <w:rPr>
                <w:sz w:val="22"/>
                <w:szCs w:val="28"/>
              </w:rPr>
            </w:pPr>
            <w:r w:rsidRPr="00BD602A">
              <w:rPr>
                <w:sz w:val="22"/>
                <w:szCs w:val="28"/>
                <w:lang w:eastAsia="ko-KR"/>
              </w:rPr>
              <w:t>※ 무료등록 2인의 성명을 기재해 주시기 바랍니다.</w:t>
            </w:r>
            <w:r w:rsidRPr="00BD602A">
              <w:rPr>
                <w:sz w:val="22"/>
                <w:szCs w:val="28"/>
                <w:lang w:eastAsia="ko-KR"/>
              </w:rPr>
              <w:br/>
            </w:r>
            <w:r w:rsidRPr="00BD602A">
              <w:rPr>
                <w:sz w:val="22"/>
                <w:szCs w:val="28"/>
              </w:rPr>
              <w:t>1.</w:t>
            </w:r>
            <w:r w:rsidRPr="00BD602A">
              <w:rPr>
                <w:sz w:val="22"/>
                <w:szCs w:val="28"/>
              </w:rPr>
              <w:br/>
              <w:t>2.</w:t>
            </w:r>
          </w:p>
        </w:tc>
      </w:tr>
      <w:tr w:rsidR="00D60D27" w14:paraId="6D3832E8" w14:textId="77777777" w:rsidTr="00B33028">
        <w:trPr>
          <w:trHeight w:val="454"/>
          <w:jc w:val="center"/>
        </w:trPr>
        <w:tc>
          <w:tcPr>
            <w:tcW w:w="3261" w:type="dxa"/>
            <w:shd w:val="clear" w:color="auto" w:fill="F5F9FC"/>
            <w:vAlign w:val="center"/>
          </w:tcPr>
          <w:p w14:paraId="4CA232D9" w14:textId="77777777" w:rsidR="00D60D27" w:rsidRPr="00BD602A" w:rsidRDefault="00EF4823" w:rsidP="00B33028">
            <w:pPr>
              <w:spacing w:after="0"/>
              <w:jc w:val="center"/>
              <w:rPr>
                <w:sz w:val="22"/>
                <w:szCs w:val="28"/>
              </w:rPr>
            </w:pPr>
            <w:r w:rsidRPr="00BD602A">
              <w:rPr>
                <w:b/>
                <w:sz w:val="22"/>
                <w:szCs w:val="28"/>
              </w:rPr>
              <w:t>담당자</w:t>
            </w:r>
          </w:p>
        </w:tc>
        <w:tc>
          <w:tcPr>
            <w:tcW w:w="7165" w:type="dxa"/>
            <w:vAlign w:val="center"/>
          </w:tcPr>
          <w:p w14:paraId="05857DCF" w14:textId="77777777" w:rsidR="00D60D27" w:rsidRPr="00BD602A" w:rsidRDefault="00EF4823">
            <w:pPr>
              <w:spacing w:after="0"/>
              <w:rPr>
                <w:sz w:val="22"/>
                <w:szCs w:val="28"/>
              </w:rPr>
            </w:pPr>
            <w:r w:rsidRPr="00BD602A">
              <w:rPr>
                <w:sz w:val="22"/>
                <w:szCs w:val="28"/>
              </w:rPr>
              <w:t>성명:                      직위:</w:t>
            </w:r>
          </w:p>
        </w:tc>
      </w:tr>
      <w:tr w:rsidR="00D60D27" w14:paraId="26BC1A9E" w14:textId="77777777" w:rsidTr="00B33028">
        <w:trPr>
          <w:trHeight w:val="454"/>
          <w:jc w:val="center"/>
        </w:trPr>
        <w:tc>
          <w:tcPr>
            <w:tcW w:w="3261" w:type="dxa"/>
            <w:shd w:val="clear" w:color="auto" w:fill="F5F9FC"/>
            <w:vAlign w:val="center"/>
          </w:tcPr>
          <w:p w14:paraId="2005DDC7" w14:textId="77777777" w:rsidR="00D60D27" w:rsidRPr="00BD602A" w:rsidRDefault="00EF4823" w:rsidP="00B33028">
            <w:pPr>
              <w:spacing w:after="0"/>
              <w:jc w:val="center"/>
              <w:rPr>
                <w:sz w:val="22"/>
                <w:szCs w:val="28"/>
              </w:rPr>
            </w:pPr>
            <w:r w:rsidRPr="00BD602A">
              <w:rPr>
                <w:b/>
                <w:sz w:val="22"/>
                <w:szCs w:val="28"/>
              </w:rPr>
              <w:t>담당자 연락처</w:t>
            </w:r>
          </w:p>
        </w:tc>
        <w:tc>
          <w:tcPr>
            <w:tcW w:w="7165" w:type="dxa"/>
            <w:vAlign w:val="center"/>
          </w:tcPr>
          <w:p w14:paraId="1C19D990" w14:textId="77777777" w:rsidR="00D60D27" w:rsidRPr="00BD602A" w:rsidRDefault="00EF4823">
            <w:pPr>
              <w:spacing w:after="0"/>
              <w:rPr>
                <w:sz w:val="22"/>
                <w:szCs w:val="28"/>
              </w:rPr>
            </w:pPr>
            <w:r w:rsidRPr="00BD602A">
              <w:rPr>
                <w:sz w:val="22"/>
                <w:szCs w:val="28"/>
              </w:rPr>
              <w:t>Office:                      Mobile:                      E-mail:</w:t>
            </w:r>
          </w:p>
        </w:tc>
      </w:tr>
      <w:tr w:rsidR="00D60D27" w14:paraId="613085AA" w14:textId="77777777" w:rsidTr="00B33028">
        <w:trPr>
          <w:trHeight w:val="454"/>
          <w:jc w:val="center"/>
        </w:trPr>
        <w:tc>
          <w:tcPr>
            <w:tcW w:w="3261" w:type="dxa"/>
            <w:shd w:val="clear" w:color="auto" w:fill="F5F9FC"/>
            <w:vAlign w:val="center"/>
          </w:tcPr>
          <w:p w14:paraId="1955E6CF" w14:textId="77777777" w:rsidR="00D60D27" w:rsidRPr="00BD602A" w:rsidRDefault="00EF4823" w:rsidP="00B33028">
            <w:pPr>
              <w:spacing w:after="0"/>
              <w:jc w:val="center"/>
              <w:rPr>
                <w:sz w:val="22"/>
                <w:szCs w:val="28"/>
              </w:rPr>
            </w:pPr>
            <w:r w:rsidRPr="00BD602A">
              <w:rPr>
                <w:b/>
                <w:sz w:val="22"/>
                <w:szCs w:val="28"/>
              </w:rPr>
              <w:t>기타 요청사항</w:t>
            </w:r>
          </w:p>
        </w:tc>
        <w:tc>
          <w:tcPr>
            <w:tcW w:w="7165" w:type="dxa"/>
            <w:vAlign w:val="center"/>
          </w:tcPr>
          <w:p w14:paraId="0F844AA6" w14:textId="77777777" w:rsidR="00D60D27" w:rsidRPr="00BD602A" w:rsidRDefault="00D60D27">
            <w:pPr>
              <w:spacing w:after="0"/>
              <w:rPr>
                <w:sz w:val="22"/>
                <w:szCs w:val="28"/>
              </w:rPr>
            </w:pPr>
          </w:p>
        </w:tc>
      </w:tr>
    </w:tbl>
    <w:p w14:paraId="14457344" w14:textId="77777777" w:rsidR="00B33028" w:rsidRPr="00B33028" w:rsidRDefault="00B33028">
      <w:pPr>
        <w:spacing w:after="120"/>
        <w:rPr>
          <w:sz w:val="22"/>
          <w:lang w:eastAsia="ko-KR"/>
        </w:rPr>
      </w:pPr>
    </w:p>
    <w:p w14:paraId="1D84AFEA" w14:textId="317FF0CB" w:rsidR="00D60D27" w:rsidRPr="00B33028" w:rsidRDefault="00EF4823">
      <w:pPr>
        <w:spacing w:after="120"/>
        <w:rPr>
          <w:sz w:val="22"/>
        </w:rPr>
      </w:pPr>
      <w:r w:rsidRPr="00B33028">
        <w:rPr>
          <w:sz w:val="22"/>
        </w:rPr>
        <w:t>위와 같이 2026 Asian Textile Conference (ATC-18) 홍보전시회 참가를 신청합니다.</w:t>
      </w:r>
    </w:p>
    <w:p w14:paraId="065D5FBB" w14:textId="77777777" w:rsidR="00D60D27" w:rsidRPr="00B33028" w:rsidRDefault="00EF4823">
      <w:pPr>
        <w:spacing w:after="40"/>
        <w:jc w:val="center"/>
        <w:rPr>
          <w:sz w:val="22"/>
        </w:rPr>
      </w:pPr>
      <w:r w:rsidRPr="00B33028">
        <w:rPr>
          <w:sz w:val="22"/>
        </w:rPr>
        <w:t>2026년      월      일</w:t>
      </w:r>
    </w:p>
    <w:p w14:paraId="472E337E" w14:textId="77777777" w:rsidR="00D60D27" w:rsidRPr="00B33028" w:rsidRDefault="00EF4823">
      <w:pPr>
        <w:spacing w:after="40"/>
        <w:jc w:val="center"/>
        <w:rPr>
          <w:sz w:val="22"/>
        </w:rPr>
      </w:pPr>
      <w:r w:rsidRPr="00B33028">
        <w:rPr>
          <w:sz w:val="22"/>
        </w:rPr>
        <w:t xml:space="preserve">신청인:                          </w:t>
      </w:r>
      <w:proofErr w:type="gramStart"/>
      <w:r w:rsidRPr="00B33028">
        <w:rPr>
          <w:sz w:val="22"/>
        </w:rPr>
        <w:t xml:space="preserve">   (</w:t>
      </w:r>
      <w:proofErr w:type="gramEnd"/>
      <w:r w:rsidRPr="00B33028">
        <w:rPr>
          <w:sz w:val="22"/>
        </w:rPr>
        <w:t>인)</w:t>
      </w:r>
    </w:p>
    <w:p w14:paraId="527A4935" w14:textId="3AE65FB4" w:rsidR="00D60D27" w:rsidRDefault="00EF4823">
      <w:pPr>
        <w:rPr>
          <w:lang w:eastAsia="ko-KR"/>
        </w:rPr>
      </w:pPr>
      <w:r>
        <w:rPr>
          <w:i/>
          <w:color w:val="5A5A5A"/>
          <w:sz w:val="18"/>
          <w:lang w:eastAsia="ko-KR"/>
        </w:rPr>
        <w:t xml:space="preserve">* 사업자등록증을 같이 보내주시기 바랍니다. (이메일: </w:t>
      </w:r>
      <w:r w:rsidR="005B1F3D" w:rsidRPr="005B1F3D">
        <w:rPr>
          <w:i/>
          <w:color w:val="5A5A5A"/>
          <w:sz w:val="18"/>
          <w:lang w:eastAsia="ko-KR"/>
        </w:rPr>
        <w:t>contact@atc18.org</w:t>
      </w:r>
      <w:r>
        <w:rPr>
          <w:i/>
          <w:color w:val="5A5A5A"/>
          <w:sz w:val="18"/>
          <w:lang w:eastAsia="ko-KR"/>
        </w:rPr>
        <w:t>)</w:t>
      </w:r>
    </w:p>
    <w:sectPr w:rsidR="00D60D27" w:rsidSect="00034616">
      <w:pgSz w:w="12240" w:h="15840"/>
      <w:pgMar w:top="907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맑은 고딕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62BC6118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74263626">
    <w:abstractNumId w:val="8"/>
  </w:num>
  <w:num w:numId="2" w16cid:durableId="921108934">
    <w:abstractNumId w:val="6"/>
  </w:num>
  <w:num w:numId="3" w16cid:durableId="2100906346">
    <w:abstractNumId w:val="5"/>
  </w:num>
  <w:num w:numId="4" w16cid:durableId="873615724">
    <w:abstractNumId w:val="4"/>
  </w:num>
  <w:num w:numId="5" w16cid:durableId="313604188">
    <w:abstractNumId w:val="7"/>
  </w:num>
  <w:num w:numId="6" w16cid:durableId="1900941859">
    <w:abstractNumId w:val="3"/>
  </w:num>
  <w:num w:numId="7" w16cid:durableId="574819208">
    <w:abstractNumId w:val="2"/>
  </w:num>
  <w:num w:numId="8" w16cid:durableId="2025936109">
    <w:abstractNumId w:val="1"/>
  </w:num>
  <w:num w:numId="9" w16cid:durableId="15735381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bordersDoNotSurroundHeader/>
  <w:bordersDoNotSurroundFooter/>
  <w:proofState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33CB3"/>
    <w:rsid w:val="00143405"/>
    <w:rsid w:val="0015074B"/>
    <w:rsid w:val="001A3C61"/>
    <w:rsid w:val="001E4019"/>
    <w:rsid w:val="002507D5"/>
    <w:rsid w:val="0029639D"/>
    <w:rsid w:val="002B0565"/>
    <w:rsid w:val="00326F90"/>
    <w:rsid w:val="00367A2A"/>
    <w:rsid w:val="004E7D4C"/>
    <w:rsid w:val="004F60BF"/>
    <w:rsid w:val="0058087F"/>
    <w:rsid w:val="005B1F3D"/>
    <w:rsid w:val="006B31E3"/>
    <w:rsid w:val="00A76572"/>
    <w:rsid w:val="00AA1D8D"/>
    <w:rsid w:val="00B2622F"/>
    <w:rsid w:val="00B33028"/>
    <w:rsid w:val="00B47730"/>
    <w:rsid w:val="00BB7D54"/>
    <w:rsid w:val="00BD602A"/>
    <w:rsid w:val="00CB0664"/>
    <w:rsid w:val="00D60D27"/>
    <w:rsid w:val="00DC4903"/>
    <w:rsid w:val="00E057AE"/>
    <w:rsid w:val="00EF4823"/>
    <w:rsid w:val="00FC2FD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85BE458"/>
  <w14:defaultImageDpi w14:val="300"/>
  <w15:docId w15:val="{F2322A4C-C2A8-B241-8793-AE8938333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맑은 고딕" w:eastAsia="맑은 고딕" w:hAnsi="맑은 고딕"/>
      <w:sz w:val="20"/>
    </w:rPr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머리글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바닥글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제목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제목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제목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제목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부제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본문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본문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본문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매크로 텍스트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인용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제목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제목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제목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제목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제목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제목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강한 인용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9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a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c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d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e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1">
    <w:name w:val="Hyperlink"/>
    <w:basedOn w:val="a2"/>
    <w:uiPriority w:val="99"/>
    <w:unhideWhenUsed/>
    <w:rsid w:val="001A3C61"/>
    <w:rPr>
      <w:color w:val="0000FF" w:themeColor="hyperlink"/>
      <w:u w:val="single"/>
    </w:rPr>
  </w:style>
  <w:style w:type="character" w:styleId="aff2">
    <w:name w:val="Unresolved Mention"/>
    <w:basedOn w:val="a2"/>
    <w:uiPriority w:val="99"/>
    <w:semiHidden/>
    <w:unhideWhenUsed/>
    <w:rsid w:val="001A3C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253</Words>
  <Characters>1443</Characters>
  <Application>Microsoft Office Word</Application>
  <DocSecurity>0</DocSecurity>
  <Lines>12</Lines>
  <Paragraphs>3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1693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정 경석</cp:lastModifiedBy>
  <cp:revision>17</cp:revision>
  <dcterms:created xsi:type="dcterms:W3CDTF">2013-12-23T23:15:00Z</dcterms:created>
  <dcterms:modified xsi:type="dcterms:W3CDTF">2026-04-10T05:55:00Z</dcterms:modified>
  <cp:category/>
</cp:coreProperties>
</file>