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4AE9A" w14:textId="77777777" w:rsidR="00D60D27" w:rsidRPr="001E4019" w:rsidRDefault="00FD3A5E">
      <w:pPr>
        <w:spacing w:after="120"/>
        <w:jc w:val="center"/>
        <w:rPr>
          <w:sz w:val="21"/>
          <w:szCs w:val="24"/>
          <w:lang w:eastAsia="ko-KR"/>
        </w:rPr>
      </w:pPr>
      <w:r>
        <w:rPr>
          <w:b/>
          <w:sz w:val="32"/>
        </w:rPr>
        <w:t>2026 Asian Textile Conference (ATC-18)</w:t>
      </w:r>
      <w:r>
        <w:rPr>
          <w:b/>
          <w:sz w:val="32"/>
        </w:rPr>
        <w:br/>
        <w:t>Exhibition Booth Operation Guide</w:t>
      </w:r>
    </w:p>
    <w:p w14:paraId="0ECB347F" w14:textId="77777777" w:rsidR="001E4019" w:rsidRPr="00346026" w:rsidRDefault="001E4019">
      <w:pPr>
        <w:spacing w:after="120"/>
        <w:rPr>
          <w:sz w:val="8"/>
          <w:szCs w:val="11"/>
          <w:lang w:eastAsia="ko-KR"/>
        </w:rPr>
      </w:pPr>
    </w:p>
    <w:p w14:paraId="24A9AADB" w14:textId="77777777" w:rsidR="001E4019" w:rsidRPr="00143405" w:rsidRDefault="00FD3A5E" w:rsidP="007C65B1">
      <w:pPr>
        <w:spacing w:after="120"/>
        <w:rPr>
          <w:szCs w:val="20"/>
          <w:lang w:eastAsia="ko-KR"/>
        </w:rPr>
      </w:pPr>
      <w:r>
        <w:t>We wish your organization continued success and prosperity.</w:t>
      </w:r>
    </w:p>
    <w:p w14:paraId="1C0C4850" w14:textId="24610343" w:rsidR="00DC4903" w:rsidRPr="00143405" w:rsidRDefault="001E4019" w:rsidP="007C65B1">
      <w:pPr>
        <w:spacing w:after="120"/>
        <w:rPr>
          <w:szCs w:val="20"/>
          <w:lang w:eastAsia="ko-KR"/>
        </w:rPr>
      </w:pPr>
      <w:r>
        <w:t xml:space="preserve">The Korean Fiber Society is pleased to host the 18th Asian Textile Conference (ATC-18) in order to promote the sustained development of </w:t>
      </w:r>
      <w:r w:rsidR="007C65B1">
        <w:t>fiber</w:t>
      </w:r>
      <w:r>
        <w:t xml:space="preserve"> science and related industries</w:t>
      </w:r>
      <w:r w:rsidR="00733A9C">
        <w:t xml:space="preserve">. </w:t>
      </w:r>
      <w:r>
        <w:t>ATC is a leading international conference in Asia where the latest research achievements and technological developments in textiles, polymers, eco-friendly materials, and related industrial fields are presented and shared.</w:t>
      </w:r>
    </w:p>
    <w:p w14:paraId="1E3ED3BF" w14:textId="099DBECB" w:rsidR="00D60D27" w:rsidRDefault="002B0565" w:rsidP="007C65B1">
      <w:pPr>
        <w:spacing w:after="0"/>
      </w:pPr>
      <w:r>
        <w:t>ATC-18 will be held in Busan from Oct</w:t>
      </w:r>
      <w:r w:rsidR="007C65B1">
        <w:t>.</w:t>
      </w:r>
      <w:r>
        <w:t xml:space="preserve"> 26</w:t>
      </w:r>
      <w:r w:rsidR="007C65B1">
        <w:t xml:space="preserve"> (Mon)</w:t>
      </w:r>
      <w:r>
        <w:t xml:space="preserve"> to Oct</w:t>
      </w:r>
      <w:r w:rsidR="007C65B1">
        <w:t>.</w:t>
      </w:r>
      <w:r>
        <w:t xml:space="preserve"> 29</w:t>
      </w:r>
      <w:r w:rsidR="007C65B1">
        <w:t xml:space="preserve"> (Thu)</w:t>
      </w:r>
      <w:r>
        <w:t>, 2026, and will feature approximately 800 oral and poster presentations across five plenary lectures and twelve technical sessions. In addition, promotional exhibition booths will be operated during the conference for corporate promotion, equipment exhibition, demonstrations, networking, and recruitment activities. We hope this exhibition will provide a valuable opportunity for your company to effectively introduce its technologies and products and to engage with experts and participants in related fields. We kindly ask for your interest and active participation.</w:t>
      </w:r>
    </w:p>
    <w:p w14:paraId="492A8F65" w14:textId="77777777" w:rsidR="00E65335" w:rsidRPr="00E65335" w:rsidRDefault="00E65335" w:rsidP="007C65B1">
      <w:pPr>
        <w:spacing w:after="0"/>
        <w:rPr>
          <w:sz w:val="12"/>
          <w:szCs w:val="14"/>
        </w:rPr>
      </w:pPr>
    </w:p>
    <w:p w14:paraId="6B4E0014" w14:textId="77777777" w:rsidR="00D60D27" w:rsidRDefault="00FD3A5E" w:rsidP="001A3C61">
      <w:pPr>
        <w:spacing w:after="80"/>
        <w:jc w:val="center"/>
      </w:pPr>
      <w:r>
        <w:rPr>
          <w:b/>
          <w:sz w:val="22"/>
        </w:rPr>
        <w:t>- Information -</w:t>
      </w:r>
    </w:p>
    <w:tbl>
      <w:tblPr>
        <w:tblW w:w="0" w:type="auto"/>
        <w:jc w:val="center"/>
        <w:tblBorders>
          <w:top w:val="single" w:sz="5" w:space="0" w:color="A8A8A8"/>
          <w:left w:val="single" w:sz="5" w:space="0" w:color="A8A8A8"/>
          <w:bottom w:val="single" w:sz="5" w:space="0" w:color="A8A8A8"/>
          <w:right w:val="single" w:sz="5" w:space="0" w:color="A8A8A8"/>
          <w:insideH w:val="single" w:sz="5" w:space="0" w:color="A8A8A8"/>
          <w:insideV w:val="single" w:sz="5" w:space="0" w:color="A8A8A8"/>
        </w:tblBorders>
        <w:tblLayout w:type="fixed"/>
        <w:tblLook w:val="04A0" w:firstRow="1" w:lastRow="0" w:firstColumn="1" w:lastColumn="0" w:noHBand="0" w:noVBand="1"/>
      </w:tblPr>
      <w:tblGrid>
        <w:gridCol w:w="2694"/>
        <w:gridCol w:w="7732"/>
      </w:tblGrid>
      <w:tr w:rsidR="00D60D27" w14:paraId="38CFA59E" w14:textId="77777777" w:rsidTr="001814A6">
        <w:trPr>
          <w:jc w:val="center"/>
        </w:trPr>
        <w:tc>
          <w:tcPr>
            <w:tcW w:w="2694" w:type="dxa"/>
            <w:shd w:val="clear" w:color="auto" w:fill="EAF2F8"/>
            <w:vAlign w:val="center"/>
          </w:tcPr>
          <w:p w14:paraId="2A65FA39" w14:textId="77777777" w:rsidR="00377572" w:rsidRDefault="00FD3A5E" w:rsidP="007C65B1">
            <w:pPr>
              <w:spacing w:after="0"/>
            </w:pPr>
            <w:r>
              <w:t>1. Dates</w:t>
            </w:r>
          </w:p>
        </w:tc>
        <w:tc>
          <w:tcPr>
            <w:tcW w:w="7732" w:type="dxa"/>
            <w:vAlign w:val="center"/>
          </w:tcPr>
          <w:p w14:paraId="253D3965" w14:textId="77777777" w:rsidR="00377572" w:rsidRDefault="00FD3A5E" w:rsidP="00AD5AA4">
            <w:pPr>
              <w:spacing w:after="0" w:line="240" w:lineRule="auto"/>
            </w:pPr>
            <w:r>
              <w:t>October 26 (Mon) - 29 (Thu), 2026</w:t>
            </w:r>
          </w:p>
        </w:tc>
      </w:tr>
      <w:tr w:rsidR="00D60D27" w14:paraId="5BA02304" w14:textId="77777777" w:rsidTr="001814A6">
        <w:trPr>
          <w:jc w:val="center"/>
        </w:trPr>
        <w:tc>
          <w:tcPr>
            <w:tcW w:w="2694" w:type="dxa"/>
            <w:shd w:val="clear" w:color="auto" w:fill="EAF2F8"/>
            <w:vAlign w:val="center"/>
          </w:tcPr>
          <w:p w14:paraId="111174A5" w14:textId="77777777" w:rsidR="00377572" w:rsidRDefault="00FD3A5E" w:rsidP="007C65B1">
            <w:pPr>
              <w:spacing w:after="0"/>
            </w:pPr>
            <w:r>
              <w:t>2. Venue</w:t>
            </w:r>
          </w:p>
        </w:tc>
        <w:tc>
          <w:tcPr>
            <w:tcW w:w="7732" w:type="dxa"/>
            <w:vAlign w:val="center"/>
          </w:tcPr>
          <w:p w14:paraId="65B4940A" w14:textId="77777777" w:rsidR="00377572" w:rsidRDefault="00FD3A5E" w:rsidP="00AD5AA4">
            <w:pPr>
              <w:spacing w:after="0" w:line="240" w:lineRule="auto"/>
            </w:pPr>
            <w:r>
              <w:t>BEXCO, Busan</w:t>
            </w:r>
          </w:p>
        </w:tc>
      </w:tr>
      <w:tr w:rsidR="00D60D27" w14:paraId="221E85F8" w14:textId="77777777" w:rsidTr="001814A6">
        <w:trPr>
          <w:jc w:val="center"/>
        </w:trPr>
        <w:tc>
          <w:tcPr>
            <w:tcW w:w="2694" w:type="dxa"/>
            <w:shd w:val="clear" w:color="auto" w:fill="EAF2F8"/>
            <w:vAlign w:val="center"/>
          </w:tcPr>
          <w:p w14:paraId="296C330F" w14:textId="77777777" w:rsidR="00377572" w:rsidRDefault="00FD3A5E" w:rsidP="007C65B1">
            <w:pPr>
              <w:spacing w:after="0"/>
            </w:pPr>
            <w:r>
              <w:t>3. Exhibit Items</w:t>
            </w:r>
          </w:p>
        </w:tc>
        <w:tc>
          <w:tcPr>
            <w:tcW w:w="7732" w:type="dxa"/>
            <w:vAlign w:val="center"/>
          </w:tcPr>
          <w:p w14:paraId="36EFA1CA" w14:textId="77777777" w:rsidR="00377572" w:rsidRDefault="00FD3A5E" w:rsidP="00AD5AA4">
            <w:pPr>
              <w:spacing w:after="0" w:line="240" w:lineRule="auto"/>
            </w:pPr>
            <w:r>
              <w:t>Related equipment, products, books, and other items / company recruitment, promotion, project publicity, etc.</w:t>
            </w:r>
          </w:p>
        </w:tc>
      </w:tr>
      <w:tr w:rsidR="00D60D27" w14:paraId="0644C47F" w14:textId="77777777" w:rsidTr="001814A6">
        <w:trPr>
          <w:jc w:val="center"/>
        </w:trPr>
        <w:tc>
          <w:tcPr>
            <w:tcW w:w="2694" w:type="dxa"/>
            <w:shd w:val="clear" w:color="auto" w:fill="EAF2F8"/>
            <w:vAlign w:val="center"/>
          </w:tcPr>
          <w:p w14:paraId="08064ECB" w14:textId="77777777" w:rsidR="00377572" w:rsidRDefault="00FD3A5E" w:rsidP="007C65B1">
            <w:pPr>
              <w:spacing w:after="0"/>
            </w:pPr>
            <w:r>
              <w:t>4. Booth Size</w:t>
            </w:r>
          </w:p>
        </w:tc>
        <w:tc>
          <w:tcPr>
            <w:tcW w:w="7732" w:type="dxa"/>
            <w:vAlign w:val="center"/>
          </w:tcPr>
          <w:p w14:paraId="75097119" w14:textId="77777777" w:rsidR="00377572" w:rsidRDefault="00FD3A5E" w:rsidP="00AD5AA4">
            <w:pPr>
              <w:spacing w:after="0" w:line="240" w:lineRule="auto"/>
            </w:pPr>
            <w:r>
              <w:t>3m × 2m × 2.5m (W × D × H) / per booth</w:t>
            </w:r>
          </w:p>
        </w:tc>
      </w:tr>
      <w:tr w:rsidR="00D60D27" w14:paraId="188F15D5" w14:textId="77777777" w:rsidTr="001814A6">
        <w:trPr>
          <w:jc w:val="center"/>
        </w:trPr>
        <w:tc>
          <w:tcPr>
            <w:tcW w:w="2694" w:type="dxa"/>
            <w:shd w:val="clear" w:color="auto" w:fill="EAF2F8"/>
            <w:vAlign w:val="center"/>
          </w:tcPr>
          <w:p w14:paraId="1732EBB8" w14:textId="77777777" w:rsidR="00377572" w:rsidRDefault="00FD3A5E" w:rsidP="007C65B1">
            <w:pPr>
              <w:spacing w:after="0"/>
            </w:pPr>
            <w:r>
              <w:t>5. Booth Fee</w:t>
            </w:r>
          </w:p>
        </w:tc>
        <w:tc>
          <w:tcPr>
            <w:tcW w:w="7732" w:type="dxa"/>
            <w:vAlign w:val="center"/>
          </w:tcPr>
          <w:p w14:paraId="1789B26F" w14:textId="77777777" w:rsidR="00377572" w:rsidRDefault="00FD3A5E" w:rsidP="00AD5AA4">
            <w:pPr>
              <w:spacing w:after="0" w:line="240" w:lineRule="auto"/>
            </w:pPr>
            <w:r>
              <w:t>KRW 2,500,000 (VAT included) / per booth</w:t>
            </w:r>
          </w:p>
        </w:tc>
      </w:tr>
      <w:tr w:rsidR="00D60D27" w14:paraId="446B7E38" w14:textId="77777777" w:rsidTr="001814A6">
        <w:trPr>
          <w:jc w:val="center"/>
        </w:trPr>
        <w:tc>
          <w:tcPr>
            <w:tcW w:w="2694" w:type="dxa"/>
            <w:shd w:val="clear" w:color="auto" w:fill="EAF2F8"/>
            <w:vAlign w:val="center"/>
          </w:tcPr>
          <w:p w14:paraId="4445471F" w14:textId="77777777" w:rsidR="00377572" w:rsidRDefault="00FD3A5E" w:rsidP="007C65B1">
            <w:pPr>
              <w:spacing w:after="0"/>
            </w:pPr>
            <w:r>
              <w:t>6. Application Deadline</w:t>
            </w:r>
          </w:p>
        </w:tc>
        <w:tc>
          <w:tcPr>
            <w:tcW w:w="7732" w:type="dxa"/>
            <w:vAlign w:val="center"/>
          </w:tcPr>
          <w:p w14:paraId="30C659B0" w14:textId="3BE1EED4" w:rsidR="00377572" w:rsidRDefault="00FD3A5E" w:rsidP="00AD5AA4">
            <w:pPr>
              <w:spacing w:after="0" w:line="240" w:lineRule="auto"/>
            </w:pPr>
            <w:r>
              <w:t>Tuesday, June 30, 2026</w:t>
            </w:r>
          </w:p>
        </w:tc>
      </w:tr>
      <w:tr w:rsidR="00D60D27" w14:paraId="5CF640AD" w14:textId="77777777" w:rsidTr="001814A6">
        <w:trPr>
          <w:jc w:val="center"/>
        </w:trPr>
        <w:tc>
          <w:tcPr>
            <w:tcW w:w="2694" w:type="dxa"/>
            <w:shd w:val="clear" w:color="auto" w:fill="EAF2F8"/>
            <w:vAlign w:val="center"/>
          </w:tcPr>
          <w:p w14:paraId="6AD5F68B" w14:textId="77777777" w:rsidR="00377572" w:rsidRDefault="00FD3A5E" w:rsidP="007C65B1">
            <w:pPr>
              <w:spacing w:after="0"/>
            </w:pPr>
            <w:r>
              <w:t>7. Payment Account</w:t>
            </w:r>
          </w:p>
        </w:tc>
        <w:tc>
          <w:tcPr>
            <w:tcW w:w="7732" w:type="dxa"/>
            <w:vAlign w:val="center"/>
          </w:tcPr>
          <w:p w14:paraId="2D602849" w14:textId="15D35864" w:rsidR="00377572" w:rsidRPr="001814A6" w:rsidRDefault="001814A6" w:rsidP="001814A6">
            <w:pPr>
              <w:shd w:val="clear" w:color="auto" w:fill="FFFFFF"/>
              <w:rPr>
                <w:rFonts w:ascii="Arial" w:eastAsia="Gulim" w:hAnsi="Arial" w:cs="Arial"/>
                <w:color w:val="222222"/>
                <w:lang w:eastAsia="ko-KR"/>
              </w:rPr>
            </w:pPr>
            <w:r>
              <w:rPr>
                <w:rFonts w:ascii="Arial" w:hAnsi="Arial" w:cs="Arial"/>
                <w:b/>
                <w:bCs/>
                <w:color w:val="222222"/>
                <w:lang w:eastAsia="ko-KR"/>
              </w:rPr>
              <w:t>수협은행</w:t>
            </w:r>
            <w:r>
              <w:rPr>
                <w:rFonts w:ascii="Arial" w:hAnsi="Arial" w:cs="Arial"/>
                <w:b/>
                <w:bCs/>
                <w:color w:val="222222"/>
                <w:lang w:eastAsia="ko-KR"/>
              </w:rPr>
              <w:t>  1010-2165-4006 (</w:t>
            </w:r>
            <w:r>
              <w:rPr>
                <w:rFonts w:ascii="Arial" w:hAnsi="Arial" w:cs="Arial"/>
                <w:b/>
                <w:bCs/>
                <w:color w:val="222222"/>
                <w:lang w:eastAsia="ko-KR"/>
              </w:rPr>
              <w:t>사</w:t>
            </w:r>
            <w:r>
              <w:rPr>
                <w:rFonts w:ascii="Arial" w:hAnsi="Arial" w:cs="Arial"/>
                <w:b/>
                <w:bCs/>
                <w:color w:val="222222"/>
                <w:lang w:eastAsia="ko-KR"/>
              </w:rPr>
              <w:t>)</w:t>
            </w:r>
            <w:r>
              <w:rPr>
                <w:rFonts w:ascii="Arial" w:hAnsi="Arial" w:cs="Arial"/>
                <w:b/>
                <w:bCs/>
                <w:color w:val="222222"/>
                <w:lang w:eastAsia="ko-KR"/>
              </w:rPr>
              <w:t>한국섬유공학회</w:t>
            </w:r>
            <w:r>
              <w:rPr>
                <w:rFonts w:ascii="Arial" w:hAnsi="Arial" w:cs="Arial"/>
                <w:b/>
                <w:bCs/>
                <w:color w:val="222222"/>
                <w:lang w:eastAsia="ko-KR"/>
              </w:rPr>
              <w:t>  </w:t>
            </w:r>
            <w:r>
              <w:rPr>
                <w:rFonts w:ascii="Arial" w:eastAsia="Gulim" w:hAnsi="Arial" w:cs="Arial"/>
                <w:color w:val="222222"/>
                <w:lang w:eastAsia="ko-KR"/>
              </w:rPr>
              <w:br/>
            </w:r>
            <w:r w:rsidR="00E65335">
              <w:t>[Account Name: The Korean Fiber Society]</w:t>
            </w:r>
          </w:p>
        </w:tc>
      </w:tr>
      <w:tr w:rsidR="00D60D27" w14:paraId="3ECEC79F" w14:textId="77777777" w:rsidTr="001814A6">
        <w:trPr>
          <w:jc w:val="center"/>
        </w:trPr>
        <w:tc>
          <w:tcPr>
            <w:tcW w:w="2694" w:type="dxa"/>
            <w:shd w:val="clear" w:color="auto" w:fill="EAF2F8"/>
            <w:vAlign w:val="center"/>
          </w:tcPr>
          <w:p w14:paraId="6E1C039D" w14:textId="77777777" w:rsidR="00377572" w:rsidRDefault="00FD3A5E" w:rsidP="007C65B1">
            <w:pPr>
              <w:spacing w:after="0"/>
            </w:pPr>
            <w:r>
              <w:t>8. How to Apply</w:t>
            </w:r>
          </w:p>
        </w:tc>
        <w:tc>
          <w:tcPr>
            <w:tcW w:w="7732" w:type="dxa"/>
            <w:vAlign w:val="center"/>
          </w:tcPr>
          <w:p w14:paraId="43C384E9" w14:textId="3C85BBEE" w:rsidR="00377572" w:rsidRDefault="00FD3A5E" w:rsidP="00AD5AA4">
            <w:pPr>
              <w:spacing w:after="0" w:line="240" w:lineRule="auto"/>
            </w:pPr>
            <w:r>
              <w:t xml:space="preserve">Please submit the application form (attached format) and a copy of your Business Registration Certificate by e-mail to </w:t>
            </w:r>
            <w:r w:rsidR="009F6AEA">
              <w:t>contact@atc18.org</w:t>
            </w:r>
            <w:r>
              <w:t>.</w:t>
            </w:r>
          </w:p>
        </w:tc>
      </w:tr>
      <w:tr w:rsidR="00DC4903" w14:paraId="08C2FEFC" w14:textId="77777777" w:rsidTr="001814A6">
        <w:trPr>
          <w:jc w:val="center"/>
        </w:trPr>
        <w:tc>
          <w:tcPr>
            <w:tcW w:w="2694" w:type="dxa"/>
            <w:shd w:val="clear" w:color="auto" w:fill="EAF2F8"/>
            <w:vAlign w:val="center"/>
          </w:tcPr>
          <w:p w14:paraId="1DCCE499" w14:textId="77777777" w:rsidR="00377572" w:rsidRDefault="00FD3A5E" w:rsidP="007C65B1">
            <w:pPr>
              <w:spacing w:after="0"/>
            </w:pPr>
            <w:r>
              <w:t>9. Basic Inclusions</w:t>
            </w:r>
          </w:p>
        </w:tc>
        <w:tc>
          <w:tcPr>
            <w:tcW w:w="7732" w:type="dxa"/>
            <w:vAlign w:val="center"/>
          </w:tcPr>
          <w:p w14:paraId="586A8025" w14:textId="77777777" w:rsidR="00377572" w:rsidRDefault="00FD3A5E" w:rsidP="00AD5AA4">
            <w:pPr>
              <w:spacing w:after="0" w:line="240" w:lineRule="auto"/>
            </w:pPr>
            <w:r>
              <w:t>① Company name sheet</w:t>
            </w:r>
            <w:r>
              <w:br/>
              <w:t>② One information table, one desk, and two chairs</w:t>
            </w:r>
            <w:r>
              <w:br/>
              <w:t>③ Complimentary conference registration for two persons</w:t>
            </w:r>
          </w:p>
        </w:tc>
      </w:tr>
      <w:tr w:rsidR="00DC4903" w14:paraId="0AB36B8F" w14:textId="77777777" w:rsidTr="001814A6">
        <w:trPr>
          <w:jc w:val="center"/>
        </w:trPr>
        <w:tc>
          <w:tcPr>
            <w:tcW w:w="2694" w:type="dxa"/>
            <w:shd w:val="clear" w:color="auto" w:fill="EAF2F8"/>
            <w:vAlign w:val="center"/>
          </w:tcPr>
          <w:p w14:paraId="3BBCC078" w14:textId="77777777" w:rsidR="00377572" w:rsidRDefault="00FD3A5E" w:rsidP="007C65B1">
            <w:pPr>
              <w:spacing w:after="0"/>
            </w:pPr>
            <w:r>
              <w:t>10. Additional Costs to be Borne by Exhibitor</w:t>
            </w:r>
          </w:p>
        </w:tc>
        <w:tc>
          <w:tcPr>
            <w:tcW w:w="7732" w:type="dxa"/>
            <w:vAlign w:val="center"/>
          </w:tcPr>
          <w:p w14:paraId="53309AE7" w14:textId="77777777" w:rsidR="00377572" w:rsidRDefault="00FD3A5E" w:rsidP="00AD5AA4">
            <w:pPr>
              <w:spacing w:after="0" w:line="240" w:lineRule="auto"/>
            </w:pPr>
            <w:r>
              <w:t>Wired LAN, additional electricity, additional chairs/tables, and other accessories</w:t>
            </w:r>
          </w:p>
        </w:tc>
      </w:tr>
      <w:tr w:rsidR="00DC4903" w14:paraId="485B6141" w14:textId="77777777" w:rsidTr="001814A6">
        <w:trPr>
          <w:jc w:val="center"/>
        </w:trPr>
        <w:tc>
          <w:tcPr>
            <w:tcW w:w="2694" w:type="dxa"/>
            <w:shd w:val="clear" w:color="auto" w:fill="EAF2F8"/>
            <w:vAlign w:val="center"/>
          </w:tcPr>
          <w:p w14:paraId="2032060C" w14:textId="77777777" w:rsidR="00377572" w:rsidRDefault="00FD3A5E" w:rsidP="007C65B1">
            <w:pPr>
              <w:spacing w:after="0"/>
            </w:pPr>
            <w:r>
              <w:t>11. Remarks</w:t>
            </w:r>
          </w:p>
        </w:tc>
        <w:tc>
          <w:tcPr>
            <w:tcW w:w="7732" w:type="dxa"/>
            <w:vAlign w:val="center"/>
          </w:tcPr>
          <w:p w14:paraId="3A1EBD92" w14:textId="12CB578D" w:rsidR="00377572" w:rsidRDefault="00FD3A5E" w:rsidP="00AD5AA4">
            <w:pPr>
              <w:spacing w:after="0" w:line="240" w:lineRule="auto"/>
            </w:pPr>
            <w:r>
              <w:t>① Booth locations will be assigned in the order of payment receipt</w:t>
            </w:r>
            <w:r>
              <w:br/>
              <w:t xml:space="preserve">② </w:t>
            </w:r>
            <w:proofErr w:type="gramStart"/>
            <w:r>
              <w:t>For</w:t>
            </w:r>
            <w:proofErr w:type="gramEnd"/>
            <w:r>
              <w:t xml:space="preserve"> inquiries: +82-2-508-1935, </w:t>
            </w:r>
            <w:r w:rsidR="009F6AEA">
              <w:t>contact@atc18.org</w:t>
            </w:r>
          </w:p>
        </w:tc>
      </w:tr>
    </w:tbl>
    <w:p w14:paraId="74919B5C" w14:textId="34ADEB2C" w:rsidR="00B2622F" w:rsidRDefault="00143405" w:rsidP="00DC4903">
      <w:pPr>
        <w:pStyle w:val="a0"/>
        <w:numPr>
          <w:ilvl w:val="0"/>
          <w:numId w:val="0"/>
        </w:numPr>
        <w:spacing w:after="0"/>
        <w:rPr>
          <w:lang w:eastAsia="ko-KR"/>
        </w:rPr>
      </w:pPr>
      <w:r>
        <w:t>ATC-18 Secretariat    E-mail: contact@atc18.org      Homepage: www.atc18.org</w:t>
      </w:r>
    </w:p>
    <w:p w14:paraId="14C2EE8D" w14:textId="77777777" w:rsidR="00D60D27" w:rsidRDefault="00FD3A5E">
      <w:pPr>
        <w:spacing w:after="0" w:line="240" w:lineRule="auto"/>
        <w:jc w:val="center"/>
      </w:pPr>
      <w:r>
        <w:rPr>
          <w:b/>
          <w:sz w:val="29"/>
        </w:rPr>
        <w:t>2026 Asian Textile Conference (ATC-18)</w:t>
      </w:r>
      <w:r>
        <w:rPr>
          <w:b/>
          <w:sz w:val="29"/>
        </w:rPr>
        <w:br/>
        <w:t>Exhibition Booth Application Form</w:t>
      </w:r>
    </w:p>
    <w:p w14:paraId="15466274" w14:textId="77777777" w:rsidR="00D60D27" w:rsidRDefault="00FD3A5E">
      <w:pPr>
        <w:spacing w:after="0" w:line="240" w:lineRule="auto"/>
      </w:pPr>
      <w:r>
        <w:rPr>
          <w:b/>
          <w:sz w:val="21"/>
        </w:rPr>
        <w:t>Company Information</w:t>
      </w:r>
    </w:p>
    <w:tbl>
      <w:tblPr>
        <w:tblW w:w="0" w:type="auto"/>
        <w:jc w:val="center"/>
        <w:tblBorders>
          <w:top w:val="single" w:sz="5" w:space="0" w:color="A8A8A8"/>
          <w:left w:val="single" w:sz="5" w:space="0" w:color="A8A8A8"/>
          <w:bottom w:val="single" w:sz="5" w:space="0" w:color="A8A8A8"/>
          <w:right w:val="single" w:sz="5" w:space="0" w:color="A8A8A8"/>
          <w:insideH w:val="single" w:sz="5" w:space="0" w:color="A8A8A8"/>
          <w:insideV w:val="single" w:sz="5" w:space="0" w:color="A8A8A8"/>
        </w:tblBorders>
        <w:tblLayout w:type="fixed"/>
        <w:tblLook w:val="04A0" w:firstRow="1" w:lastRow="0" w:firstColumn="1" w:lastColumn="0" w:noHBand="0" w:noVBand="1"/>
      </w:tblPr>
      <w:tblGrid>
        <w:gridCol w:w="3261"/>
        <w:gridCol w:w="7165"/>
      </w:tblGrid>
      <w:tr w:rsidR="00D60D27" w14:paraId="35F0D960" w14:textId="77777777" w:rsidTr="00B33028">
        <w:trPr>
          <w:trHeight w:val="454"/>
          <w:jc w:val="center"/>
        </w:trPr>
        <w:tc>
          <w:tcPr>
            <w:tcW w:w="3261" w:type="dxa"/>
            <w:shd w:val="clear" w:color="auto" w:fill="EAF2F8"/>
            <w:vAlign w:val="center"/>
          </w:tcPr>
          <w:p w14:paraId="483BBDB4" w14:textId="77777777" w:rsidR="00377572" w:rsidRDefault="00FD3A5E">
            <w:pPr>
              <w:spacing w:after="0" w:line="240" w:lineRule="auto"/>
            </w:pPr>
            <w:r>
              <w:rPr>
                <w:sz w:val="21"/>
              </w:rPr>
              <w:t>Company Name</w:t>
            </w:r>
          </w:p>
        </w:tc>
        <w:tc>
          <w:tcPr>
            <w:tcW w:w="7165" w:type="dxa"/>
            <w:vAlign w:val="center"/>
          </w:tcPr>
          <w:p w14:paraId="36E979C2" w14:textId="77777777" w:rsidR="00377572" w:rsidRDefault="00377572">
            <w:pPr>
              <w:spacing w:after="0" w:line="240" w:lineRule="auto"/>
            </w:pPr>
          </w:p>
        </w:tc>
      </w:tr>
      <w:tr w:rsidR="00D60D27" w14:paraId="3812B4C4" w14:textId="77777777" w:rsidTr="00B33028">
        <w:trPr>
          <w:trHeight w:val="454"/>
          <w:jc w:val="center"/>
        </w:trPr>
        <w:tc>
          <w:tcPr>
            <w:tcW w:w="3261" w:type="dxa"/>
            <w:shd w:val="clear" w:color="auto" w:fill="EAF2F8"/>
            <w:vAlign w:val="center"/>
          </w:tcPr>
          <w:p w14:paraId="73CFFFCE" w14:textId="77777777" w:rsidR="00377572" w:rsidRDefault="00FD3A5E">
            <w:pPr>
              <w:spacing w:after="0" w:line="240" w:lineRule="auto"/>
            </w:pPr>
            <w:r>
              <w:rPr>
                <w:sz w:val="21"/>
              </w:rPr>
              <w:t>Address</w:t>
            </w:r>
          </w:p>
        </w:tc>
        <w:tc>
          <w:tcPr>
            <w:tcW w:w="7165" w:type="dxa"/>
            <w:vAlign w:val="center"/>
          </w:tcPr>
          <w:p w14:paraId="0D956A11" w14:textId="77777777" w:rsidR="00377572" w:rsidRDefault="00FD3A5E">
            <w:pPr>
              <w:spacing w:after="0" w:line="240" w:lineRule="auto"/>
            </w:pPr>
            <w:r>
              <w:rPr>
                <w:sz w:val="21"/>
              </w:rPr>
              <w:t>(Postal Code</w:t>
            </w:r>
            <w:proofErr w:type="gramStart"/>
            <w:r>
              <w:rPr>
                <w:sz w:val="21"/>
              </w:rPr>
              <w:t>: )</w:t>
            </w:r>
            <w:proofErr w:type="gramEnd"/>
          </w:p>
        </w:tc>
      </w:tr>
      <w:tr w:rsidR="00D60D27" w14:paraId="4F3498FC" w14:textId="77777777" w:rsidTr="00B33028">
        <w:trPr>
          <w:trHeight w:val="454"/>
          <w:jc w:val="center"/>
        </w:trPr>
        <w:tc>
          <w:tcPr>
            <w:tcW w:w="3261" w:type="dxa"/>
            <w:shd w:val="clear" w:color="auto" w:fill="EAF2F8"/>
            <w:vAlign w:val="center"/>
          </w:tcPr>
          <w:p w14:paraId="40AD8B96" w14:textId="77777777" w:rsidR="00377572" w:rsidRDefault="00FD3A5E">
            <w:pPr>
              <w:spacing w:after="0" w:line="240" w:lineRule="auto"/>
            </w:pPr>
            <w:r>
              <w:rPr>
                <w:sz w:val="21"/>
              </w:rPr>
              <w:t>Representative</w:t>
            </w:r>
          </w:p>
        </w:tc>
        <w:tc>
          <w:tcPr>
            <w:tcW w:w="7165" w:type="dxa"/>
            <w:vAlign w:val="center"/>
          </w:tcPr>
          <w:p w14:paraId="5CD0BECD" w14:textId="77777777" w:rsidR="00377572" w:rsidRDefault="00377572">
            <w:pPr>
              <w:spacing w:after="0" w:line="240" w:lineRule="auto"/>
            </w:pPr>
          </w:p>
        </w:tc>
      </w:tr>
      <w:tr w:rsidR="00D60D27" w14:paraId="60D186FC" w14:textId="77777777" w:rsidTr="00B33028">
        <w:trPr>
          <w:trHeight w:val="454"/>
          <w:jc w:val="center"/>
        </w:trPr>
        <w:tc>
          <w:tcPr>
            <w:tcW w:w="3261" w:type="dxa"/>
            <w:shd w:val="clear" w:color="auto" w:fill="EAF2F8"/>
            <w:vAlign w:val="center"/>
          </w:tcPr>
          <w:p w14:paraId="2FDDE592" w14:textId="77777777" w:rsidR="00377572" w:rsidRDefault="00FD3A5E">
            <w:pPr>
              <w:spacing w:after="0" w:line="240" w:lineRule="auto"/>
            </w:pPr>
            <w:r>
              <w:rPr>
                <w:sz w:val="21"/>
              </w:rPr>
              <w:t>Telephone</w:t>
            </w:r>
          </w:p>
        </w:tc>
        <w:tc>
          <w:tcPr>
            <w:tcW w:w="7165" w:type="dxa"/>
            <w:vAlign w:val="center"/>
          </w:tcPr>
          <w:p w14:paraId="6EBCECB3" w14:textId="77777777" w:rsidR="00377572" w:rsidRDefault="00377572">
            <w:pPr>
              <w:spacing w:after="0" w:line="240" w:lineRule="auto"/>
            </w:pPr>
          </w:p>
        </w:tc>
      </w:tr>
      <w:tr w:rsidR="00D60D27" w14:paraId="47481357" w14:textId="77777777" w:rsidTr="00B33028">
        <w:trPr>
          <w:trHeight w:val="454"/>
          <w:jc w:val="center"/>
        </w:trPr>
        <w:tc>
          <w:tcPr>
            <w:tcW w:w="3261" w:type="dxa"/>
            <w:shd w:val="clear" w:color="auto" w:fill="EAF2F8"/>
            <w:vAlign w:val="center"/>
          </w:tcPr>
          <w:p w14:paraId="61346A68" w14:textId="77777777" w:rsidR="00377572" w:rsidRDefault="00FD3A5E">
            <w:pPr>
              <w:spacing w:after="0" w:line="240" w:lineRule="auto"/>
            </w:pPr>
            <w:r>
              <w:rPr>
                <w:sz w:val="21"/>
              </w:rPr>
              <w:t>Website</w:t>
            </w:r>
          </w:p>
        </w:tc>
        <w:tc>
          <w:tcPr>
            <w:tcW w:w="7165" w:type="dxa"/>
            <w:vAlign w:val="center"/>
          </w:tcPr>
          <w:p w14:paraId="32E2F119" w14:textId="77777777" w:rsidR="00377572" w:rsidRDefault="00FD3A5E">
            <w:pPr>
              <w:spacing w:after="0" w:line="240" w:lineRule="auto"/>
            </w:pPr>
            <w:r>
              <w:rPr>
                <w:sz w:val="21"/>
              </w:rPr>
              <w:t>http://</w:t>
            </w:r>
          </w:p>
        </w:tc>
      </w:tr>
    </w:tbl>
    <w:p w14:paraId="331AC07B" w14:textId="77777777" w:rsidR="00A76572" w:rsidRPr="00B33028" w:rsidRDefault="00A76572">
      <w:pPr>
        <w:spacing w:after="0" w:line="240" w:lineRule="auto"/>
        <w:rPr>
          <w:b/>
          <w:sz w:val="13"/>
          <w:szCs w:val="13"/>
          <w:lang w:eastAsia="ko-KR"/>
        </w:rPr>
      </w:pPr>
    </w:p>
    <w:p w14:paraId="2456FA4A" w14:textId="77777777" w:rsidR="00D60D27" w:rsidRDefault="00FD3A5E">
      <w:pPr>
        <w:spacing w:after="0" w:line="240" w:lineRule="auto"/>
      </w:pPr>
      <w:r>
        <w:rPr>
          <w:b/>
          <w:sz w:val="21"/>
        </w:rPr>
        <w:t>Booth Application</w:t>
      </w:r>
    </w:p>
    <w:tbl>
      <w:tblPr>
        <w:tblW w:w="0" w:type="auto"/>
        <w:jc w:val="center"/>
        <w:tblBorders>
          <w:top w:val="single" w:sz="5" w:space="0" w:color="A8A8A8"/>
          <w:left w:val="single" w:sz="5" w:space="0" w:color="A8A8A8"/>
          <w:bottom w:val="single" w:sz="5" w:space="0" w:color="A8A8A8"/>
          <w:right w:val="single" w:sz="5" w:space="0" w:color="A8A8A8"/>
          <w:insideH w:val="single" w:sz="5" w:space="0" w:color="A8A8A8"/>
          <w:insideV w:val="single" w:sz="5" w:space="0" w:color="A8A8A8"/>
        </w:tblBorders>
        <w:tblLayout w:type="fixed"/>
        <w:tblLook w:val="04A0" w:firstRow="1" w:lastRow="0" w:firstColumn="1" w:lastColumn="0" w:noHBand="0" w:noVBand="1"/>
      </w:tblPr>
      <w:tblGrid>
        <w:gridCol w:w="3261"/>
        <w:gridCol w:w="7165"/>
      </w:tblGrid>
      <w:tr w:rsidR="00D60D27" w14:paraId="66578FB1" w14:textId="77777777" w:rsidTr="00B33028">
        <w:trPr>
          <w:trHeight w:val="454"/>
          <w:jc w:val="center"/>
        </w:trPr>
        <w:tc>
          <w:tcPr>
            <w:tcW w:w="3261" w:type="dxa"/>
            <w:shd w:val="clear" w:color="auto" w:fill="F5F9FC"/>
            <w:vAlign w:val="center"/>
          </w:tcPr>
          <w:p w14:paraId="37CCA6ED" w14:textId="77777777" w:rsidR="00377572" w:rsidRDefault="00FD3A5E">
            <w:pPr>
              <w:spacing w:after="0" w:line="240" w:lineRule="auto"/>
            </w:pPr>
            <w:r>
              <w:rPr>
                <w:sz w:val="21"/>
              </w:rPr>
              <w:t>Number of Booths Requested</w:t>
            </w:r>
          </w:p>
        </w:tc>
        <w:tc>
          <w:tcPr>
            <w:tcW w:w="7165" w:type="dxa"/>
            <w:vAlign w:val="center"/>
          </w:tcPr>
          <w:p w14:paraId="412C94DC" w14:textId="77777777" w:rsidR="00377572" w:rsidRDefault="00FD3A5E">
            <w:pPr>
              <w:spacing w:after="0" w:line="240" w:lineRule="auto"/>
            </w:pPr>
            <w:r>
              <w:rPr>
                <w:sz w:val="21"/>
              </w:rPr>
              <w:t xml:space="preserve">        booth(s)</w:t>
            </w:r>
          </w:p>
        </w:tc>
      </w:tr>
      <w:tr w:rsidR="00D60D27" w14:paraId="4B771FFC" w14:textId="77777777" w:rsidTr="00B33028">
        <w:trPr>
          <w:trHeight w:val="454"/>
          <w:jc w:val="center"/>
        </w:trPr>
        <w:tc>
          <w:tcPr>
            <w:tcW w:w="3261" w:type="dxa"/>
            <w:shd w:val="clear" w:color="auto" w:fill="F5F9FC"/>
            <w:vAlign w:val="center"/>
          </w:tcPr>
          <w:p w14:paraId="483055FD" w14:textId="2F517E49" w:rsidR="00377572" w:rsidRDefault="00FD3A5E">
            <w:pPr>
              <w:spacing w:after="0" w:line="240" w:lineRule="auto"/>
            </w:pPr>
            <w:r>
              <w:rPr>
                <w:sz w:val="21"/>
              </w:rPr>
              <w:t xml:space="preserve">Additional Requests Beyond Basic Inclusions </w:t>
            </w:r>
          </w:p>
        </w:tc>
        <w:tc>
          <w:tcPr>
            <w:tcW w:w="7165" w:type="dxa"/>
            <w:vAlign w:val="center"/>
          </w:tcPr>
          <w:p w14:paraId="015F98D7" w14:textId="77777777" w:rsidR="00377572" w:rsidRDefault="00377572">
            <w:pPr>
              <w:spacing w:after="0" w:line="240" w:lineRule="auto"/>
            </w:pPr>
          </w:p>
        </w:tc>
      </w:tr>
      <w:tr w:rsidR="00D60D27" w14:paraId="168517FE" w14:textId="77777777" w:rsidTr="00B33028">
        <w:trPr>
          <w:trHeight w:val="454"/>
          <w:jc w:val="center"/>
        </w:trPr>
        <w:tc>
          <w:tcPr>
            <w:tcW w:w="3261" w:type="dxa"/>
            <w:shd w:val="clear" w:color="auto" w:fill="F5F9FC"/>
            <w:vAlign w:val="center"/>
          </w:tcPr>
          <w:p w14:paraId="3412E303" w14:textId="77777777" w:rsidR="00377572" w:rsidRDefault="00FD3A5E">
            <w:pPr>
              <w:spacing w:after="0" w:line="240" w:lineRule="auto"/>
            </w:pPr>
            <w:r>
              <w:rPr>
                <w:sz w:val="21"/>
              </w:rPr>
              <w:t>Exhibit Items and Company Introduction</w:t>
            </w:r>
          </w:p>
        </w:tc>
        <w:tc>
          <w:tcPr>
            <w:tcW w:w="7165" w:type="dxa"/>
            <w:vAlign w:val="center"/>
          </w:tcPr>
          <w:p w14:paraId="539BAE93" w14:textId="77777777" w:rsidR="00377572" w:rsidRDefault="00FD3A5E">
            <w:pPr>
              <w:spacing w:after="0" w:line="240" w:lineRule="auto"/>
            </w:pPr>
            <w:r>
              <w:rPr>
                <w:sz w:val="21"/>
              </w:rPr>
              <w:t>- Company Introduction:</w:t>
            </w:r>
            <w:r>
              <w:rPr>
                <w:sz w:val="21"/>
              </w:rPr>
              <w:br/>
            </w:r>
            <w:r>
              <w:rPr>
                <w:sz w:val="21"/>
              </w:rPr>
              <w:br/>
              <w:t>- Exhibit Items:</w:t>
            </w:r>
            <w:r>
              <w:rPr>
                <w:sz w:val="21"/>
              </w:rPr>
              <w:br/>
            </w:r>
          </w:p>
        </w:tc>
      </w:tr>
      <w:tr w:rsidR="00D60D27" w14:paraId="720441D6" w14:textId="77777777" w:rsidTr="00B33028">
        <w:trPr>
          <w:trHeight w:val="454"/>
          <w:jc w:val="center"/>
        </w:trPr>
        <w:tc>
          <w:tcPr>
            <w:tcW w:w="3261" w:type="dxa"/>
            <w:shd w:val="clear" w:color="auto" w:fill="F5F9FC"/>
            <w:vAlign w:val="center"/>
          </w:tcPr>
          <w:p w14:paraId="0AF635E8" w14:textId="77777777" w:rsidR="00377572" w:rsidRDefault="00FD3A5E">
            <w:pPr>
              <w:spacing w:after="0" w:line="240" w:lineRule="auto"/>
            </w:pPr>
            <w:r>
              <w:rPr>
                <w:sz w:val="21"/>
              </w:rPr>
              <w:t>Booth Signage Name</w:t>
            </w:r>
          </w:p>
        </w:tc>
        <w:tc>
          <w:tcPr>
            <w:tcW w:w="7165" w:type="dxa"/>
            <w:vAlign w:val="center"/>
          </w:tcPr>
          <w:p w14:paraId="227EB576" w14:textId="77777777" w:rsidR="00377572" w:rsidRDefault="00377572">
            <w:pPr>
              <w:spacing w:after="0" w:line="240" w:lineRule="auto"/>
            </w:pPr>
          </w:p>
        </w:tc>
      </w:tr>
      <w:tr w:rsidR="00D60D27" w14:paraId="4BBD0EB7" w14:textId="77777777" w:rsidTr="00B33028">
        <w:trPr>
          <w:trHeight w:val="454"/>
          <w:jc w:val="center"/>
        </w:trPr>
        <w:tc>
          <w:tcPr>
            <w:tcW w:w="3261" w:type="dxa"/>
            <w:shd w:val="clear" w:color="auto" w:fill="F5F9FC"/>
            <w:vAlign w:val="center"/>
          </w:tcPr>
          <w:p w14:paraId="285EA402" w14:textId="77777777" w:rsidR="00377572" w:rsidRDefault="00FD3A5E">
            <w:pPr>
              <w:spacing w:after="0" w:line="240" w:lineRule="auto"/>
            </w:pPr>
            <w:r>
              <w:rPr>
                <w:sz w:val="21"/>
              </w:rPr>
              <w:t>List of Attendees</w:t>
            </w:r>
          </w:p>
        </w:tc>
        <w:tc>
          <w:tcPr>
            <w:tcW w:w="7165" w:type="dxa"/>
            <w:vAlign w:val="center"/>
          </w:tcPr>
          <w:p w14:paraId="51C69E8B" w14:textId="77777777" w:rsidR="00377572" w:rsidRDefault="00FD3A5E">
            <w:pPr>
              <w:spacing w:after="0" w:line="240" w:lineRule="auto"/>
            </w:pPr>
            <w:r>
              <w:rPr>
                <w:sz w:val="21"/>
              </w:rPr>
              <w:t>※ Please provide the names of the two persons eligible for complimentary registration.</w:t>
            </w:r>
            <w:r>
              <w:rPr>
                <w:sz w:val="21"/>
              </w:rPr>
              <w:br/>
              <w:t>1.</w:t>
            </w:r>
            <w:r>
              <w:rPr>
                <w:sz w:val="21"/>
              </w:rPr>
              <w:br/>
              <w:t>2.</w:t>
            </w:r>
          </w:p>
        </w:tc>
      </w:tr>
      <w:tr w:rsidR="00D60D27" w14:paraId="5C485212" w14:textId="77777777" w:rsidTr="00B33028">
        <w:trPr>
          <w:trHeight w:val="454"/>
          <w:jc w:val="center"/>
        </w:trPr>
        <w:tc>
          <w:tcPr>
            <w:tcW w:w="3261" w:type="dxa"/>
            <w:shd w:val="clear" w:color="auto" w:fill="F5F9FC"/>
            <w:vAlign w:val="center"/>
          </w:tcPr>
          <w:p w14:paraId="2EEA629D" w14:textId="77777777" w:rsidR="00377572" w:rsidRDefault="00FD3A5E">
            <w:pPr>
              <w:spacing w:after="0" w:line="240" w:lineRule="auto"/>
            </w:pPr>
            <w:r>
              <w:rPr>
                <w:sz w:val="21"/>
              </w:rPr>
              <w:t>Contact Person</w:t>
            </w:r>
          </w:p>
        </w:tc>
        <w:tc>
          <w:tcPr>
            <w:tcW w:w="7165" w:type="dxa"/>
            <w:vAlign w:val="center"/>
          </w:tcPr>
          <w:p w14:paraId="70D5FC98" w14:textId="77777777" w:rsidR="00377572" w:rsidRDefault="00FD3A5E">
            <w:pPr>
              <w:spacing w:after="0" w:line="240" w:lineRule="auto"/>
            </w:pPr>
            <w:r>
              <w:rPr>
                <w:sz w:val="21"/>
              </w:rPr>
              <w:t>Name:                      Position:</w:t>
            </w:r>
          </w:p>
        </w:tc>
      </w:tr>
      <w:tr w:rsidR="00D60D27" w14:paraId="29B002F4" w14:textId="77777777" w:rsidTr="00B33028">
        <w:trPr>
          <w:trHeight w:val="454"/>
          <w:jc w:val="center"/>
        </w:trPr>
        <w:tc>
          <w:tcPr>
            <w:tcW w:w="3261" w:type="dxa"/>
            <w:shd w:val="clear" w:color="auto" w:fill="F5F9FC"/>
            <w:vAlign w:val="center"/>
          </w:tcPr>
          <w:p w14:paraId="5D816A4F" w14:textId="77777777" w:rsidR="00377572" w:rsidRDefault="00FD3A5E">
            <w:pPr>
              <w:spacing w:after="0" w:line="240" w:lineRule="auto"/>
            </w:pPr>
            <w:r>
              <w:rPr>
                <w:sz w:val="21"/>
              </w:rPr>
              <w:t>Contact Details</w:t>
            </w:r>
          </w:p>
        </w:tc>
        <w:tc>
          <w:tcPr>
            <w:tcW w:w="7165" w:type="dxa"/>
            <w:vAlign w:val="center"/>
          </w:tcPr>
          <w:p w14:paraId="48D83682" w14:textId="77777777" w:rsidR="00377572" w:rsidRDefault="00FD3A5E">
            <w:pPr>
              <w:spacing w:after="0" w:line="240" w:lineRule="auto"/>
            </w:pPr>
            <w:r>
              <w:rPr>
                <w:sz w:val="21"/>
              </w:rPr>
              <w:t>Office:                      Mobile:                      E-mail:</w:t>
            </w:r>
          </w:p>
        </w:tc>
      </w:tr>
      <w:tr w:rsidR="00D60D27" w14:paraId="7AB7ADEA" w14:textId="77777777" w:rsidTr="00B33028">
        <w:trPr>
          <w:trHeight w:val="454"/>
          <w:jc w:val="center"/>
        </w:trPr>
        <w:tc>
          <w:tcPr>
            <w:tcW w:w="3261" w:type="dxa"/>
            <w:shd w:val="clear" w:color="auto" w:fill="F5F9FC"/>
            <w:vAlign w:val="center"/>
          </w:tcPr>
          <w:p w14:paraId="606E096E" w14:textId="77777777" w:rsidR="00377572" w:rsidRDefault="00FD3A5E">
            <w:pPr>
              <w:spacing w:after="0" w:line="240" w:lineRule="auto"/>
            </w:pPr>
            <w:r>
              <w:rPr>
                <w:sz w:val="21"/>
              </w:rPr>
              <w:t>Other Requests</w:t>
            </w:r>
          </w:p>
        </w:tc>
        <w:tc>
          <w:tcPr>
            <w:tcW w:w="7165" w:type="dxa"/>
            <w:vAlign w:val="center"/>
          </w:tcPr>
          <w:p w14:paraId="786CA30A" w14:textId="77777777" w:rsidR="00377572" w:rsidRDefault="00377572">
            <w:pPr>
              <w:spacing w:after="0" w:line="240" w:lineRule="auto"/>
            </w:pPr>
          </w:p>
        </w:tc>
      </w:tr>
    </w:tbl>
    <w:p w14:paraId="7397F0CD" w14:textId="77777777" w:rsidR="00B33028" w:rsidRPr="00B33028" w:rsidRDefault="00B33028">
      <w:pPr>
        <w:spacing w:after="0" w:line="240" w:lineRule="auto"/>
        <w:rPr>
          <w:sz w:val="22"/>
          <w:lang w:eastAsia="ko-KR"/>
        </w:rPr>
      </w:pPr>
    </w:p>
    <w:p w14:paraId="26FDDFFC" w14:textId="77777777" w:rsidR="00D60D27" w:rsidRPr="00B33028" w:rsidRDefault="00FD3A5E" w:rsidP="00346026">
      <w:pPr>
        <w:spacing w:after="120" w:line="240" w:lineRule="auto"/>
        <w:rPr>
          <w:sz w:val="22"/>
        </w:rPr>
      </w:pPr>
      <w:r>
        <w:t>We hereby apply to participate in the exhibition booth program of the 2026 Asian Textile Conference (ATC-18).</w:t>
      </w:r>
    </w:p>
    <w:p w14:paraId="74869598" w14:textId="77777777" w:rsidR="00D60D27" w:rsidRPr="00B33028" w:rsidRDefault="00FD3A5E" w:rsidP="00346026">
      <w:pPr>
        <w:spacing w:after="120" w:line="240" w:lineRule="auto"/>
        <w:jc w:val="center"/>
        <w:rPr>
          <w:sz w:val="22"/>
        </w:rPr>
      </w:pPr>
      <w:r>
        <w:t>Date:            /            / 2026</w:t>
      </w:r>
    </w:p>
    <w:p w14:paraId="6A25DA42" w14:textId="7A7D3FF2" w:rsidR="00D60D27" w:rsidRPr="00B33028" w:rsidRDefault="00FD3A5E" w:rsidP="00346026">
      <w:pPr>
        <w:spacing w:after="120" w:line="240" w:lineRule="auto"/>
        <w:jc w:val="center"/>
        <w:rPr>
          <w:sz w:val="22"/>
        </w:rPr>
      </w:pPr>
      <w:r>
        <w:t xml:space="preserve">Applicant:                          </w:t>
      </w:r>
      <w:r w:rsidR="00346026">
        <w:t xml:space="preserve">  </w:t>
      </w:r>
      <w:proofErr w:type="gramStart"/>
      <w:r>
        <w:t xml:space="preserve">   (</w:t>
      </w:r>
      <w:proofErr w:type="gramEnd"/>
      <w:r>
        <w:t>Signature)</w:t>
      </w:r>
    </w:p>
    <w:p w14:paraId="49330159" w14:textId="091B6174" w:rsidR="00D60D27" w:rsidRDefault="00FD3A5E">
      <w:pPr>
        <w:spacing w:after="0" w:line="240" w:lineRule="auto"/>
        <w:rPr>
          <w:lang w:eastAsia="ko-KR"/>
        </w:rPr>
      </w:pPr>
      <w:r>
        <w:t>* Please submit your Business Registration Certificate with this form. (E-mail:</w:t>
      </w:r>
      <w:r w:rsidR="00FD09EB">
        <w:t xml:space="preserve"> contact@atc18.org</w:t>
      </w:r>
      <w:r>
        <w:t>)</w:t>
      </w:r>
    </w:p>
    <w:sectPr w:rsidR="00D60D27" w:rsidSect="00034616">
      <w:pgSz w:w="12240" w:h="15840"/>
      <w:pgMar w:top="907"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62BC6118"/>
    <w:lvl w:ilvl="0">
      <w:start w:val="1"/>
      <w:numFmt w:val="bullet"/>
      <w:pStyle w:val="a0"/>
      <w:lvlText w:val=""/>
      <w:lvlJc w:val="left"/>
      <w:pPr>
        <w:tabs>
          <w:tab w:val="num" w:pos="360"/>
        </w:tabs>
        <w:ind w:left="360" w:hanging="360"/>
      </w:pPr>
      <w:rPr>
        <w:rFonts w:ascii="Symbol" w:hAnsi="Symbol" w:hint="default"/>
      </w:rPr>
    </w:lvl>
  </w:abstractNum>
  <w:num w:numId="1" w16cid:durableId="182548809">
    <w:abstractNumId w:val="8"/>
  </w:num>
  <w:num w:numId="2" w16cid:durableId="66266700">
    <w:abstractNumId w:val="6"/>
  </w:num>
  <w:num w:numId="3" w16cid:durableId="863175794">
    <w:abstractNumId w:val="5"/>
  </w:num>
  <w:num w:numId="4" w16cid:durableId="1529173416">
    <w:abstractNumId w:val="4"/>
  </w:num>
  <w:num w:numId="5" w16cid:durableId="2037149353">
    <w:abstractNumId w:val="7"/>
  </w:num>
  <w:num w:numId="6" w16cid:durableId="25520737">
    <w:abstractNumId w:val="3"/>
  </w:num>
  <w:num w:numId="7" w16cid:durableId="556624736">
    <w:abstractNumId w:val="2"/>
  </w:num>
  <w:num w:numId="8" w16cid:durableId="47337532">
    <w:abstractNumId w:val="1"/>
  </w:num>
  <w:num w:numId="9" w16cid:durableId="1293485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CB3"/>
    <w:rsid w:val="00143405"/>
    <w:rsid w:val="0015074B"/>
    <w:rsid w:val="001814A6"/>
    <w:rsid w:val="001A3C61"/>
    <w:rsid w:val="001E4019"/>
    <w:rsid w:val="002507D5"/>
    <w:rsid w:val="0029639D"/>
    <w:rsid w:val="002B0565"/>
    <w:rsid w:val="00326F90"/>
    <w:rsid w:val="00346026"/>
    <w:rsid w:val="00367A2A"/>
    <w:rsid w:val="00377572"/>
    <w:rsid w:val="004F60BF"/>
    <w:rsid w:val="00516F43"/>
    <w:rsid w:val="0058087F"/>
    <w:rsid w:val="006B31E3"/>
    <w:rsid w:val="00733A9C"/>
    <w:rsid w:val="007C65B1"/>
    <w:rsid w:val="009F6AEA"/>
    <w:rsid w:val="00A76572"/>
    <w:rsid w:val="00AA1D8D"/>
    <w:rsid w:val="00AD5AA4"/>
    <w:rsid w:val="00B2622F"/>
    <w:rsid w:val="00B33028"/>
    <w:rsid w:val="00B47730"/>
    <w:rsid w:val="00BB7D54"/>
    <w:rsid w:val="00BD602A"/>
    <w:rsid w:val="00CB0664"/>
    <w:rsid w:val="00D60D27"/>
    <w:rsid w:val="00DC4903"/>
    <w:rsid w:val="00E057AE"/>
    <w:rsid w:val="00E65335"/>
    <w:rsid w:val="00FC693F"/>
    <w:rsid w:val="00FD09EB"/>
    <w:rsid w:val="00FD3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0C0BAB"/>
  <w14:defaultImageDpi w14:val="300"/>
  <w15:docId w15:val="{F2322A4C-C2A8-B241-8793-AE893833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맑은 고딕" w:eastAsia="맑은 고딕" w:hAnsi="맑은 고딕"/>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1">
    <w:name w:val="Hyperlink"/>
    <w:basedOn w:val="a2"/>
    <w:uiPriority w:val="99"/>
    <w:unhideWhenUsed/>
    <w:rsid w:val="001A3C61"/>
    <w:rPr>
      <w:color w:val="0000FF" w:themeColor="hyperlink"/>
      <w:u w:val="single"/>
    </w:rPr>
  </w:style>
  <w:style w:type="character" w:styleId="aff2">
    <w:name w:val="Unresolved Mention"/>
    <w:basedOn w:val="a2"/>
    <w:uiPriority w:val="99"/>
    <w:semiHidden/>
    <w:unhideWhenUsed/>
    <w:rsid w:val="001A3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481</Words>
  <Characters>2748</Characters>
  <Application>Microsoft Office Word</Application>
  <DocSecurity>0</DocSecurity>
  <Lines>22</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정 경석</cp:lastModifiedBy>
  <cp:revision>23</cp:revision>
  <dcterms:created xsi:type="dcterms:W3CDTF">2013-12-23T23:15:00Z</dcterms:created>
  <dcterms:modified xsi:type="dcterms:W3CDTF">2026-04-10T05:54:00Z</dcterms:modified>
  <cp:category/>
</cp:coreProperties>
</file>